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27165" w14:textId="785CA28F" w:rsidR="005071FD" w:rsidRPr="001B4733" w:rsidRDefault="00000000" w:rsidP="00BD5DF9">
      <w:pPr>
        <w:pStyle w:val="Titolo1"/>
        <w:jc w:val="center"/>
        <w:rPr>
          <w:rFonts w:ascii="Times New Roman" w:hAnsi="Times New Roman" w:cs="Times New Roman"/>
          <w:color w:val="000000" w:themeColor="text1"/>
          <w:lang w:val="it-IT"/>
        </w:rPr>
      </w:pPr>
      <w:r w:rsidRPr="001B4733">
        <w:rPr>
          <w:rFonts w:ascii="Times New Roman" w:hAnsi="Times New Roman" w:cs="Times New Roman"/>
          <w:color w:val="000000" w:themeColor="text1"/>
          <w:lang w:val="it-IT"/>
        </w:rPr>
        <w:t xml:space="preserve">CONTRATTO DI PRESTAZIONE D’OPERA PROFESSIONALE PER LA CONDUZIONE DI </w:t>
      </w:r>
      <w:r w:rsidR="00016814">
        <w:rPr>
          <w:rFonts w:ascii="Times New Roman" w:hAnsi="Times New Roman" w:cs="Times New Roman"/>
          <w:color w:val="000000" w:themeColor="text1"/>
          <w:lang w:val="it-IT"/>
        </w:rPr>
        <w:t xml:space="preserve">IMBARCAZIONE </w:t>
      </w:r>
      <w:r w:rsidR="00016814" w:rsidRPr="001B4733">
        <w:rPr>
          <w:rFonts w:ascii="Times New Roman" w:hAnsi="Times New Roman" w:cs="Times New Roman"/>
          <w:color w:val="000000" w:themeColor="text1"/>
          <w:lang w:val="it-IT"/>
        </w:rPr>
        <w:t>DA</w:t>
      </w:r>
      <w:r w:rsidRPr="001B4733">
        <w:rPr>
          <w:rFonts w:ascii="Times New Roman" w:hAnsi="Times New Roman" w:cs="Times New Roman"/>
          <w:color w:val="000000" w:themeColor="text1"/>
          <w:lang w:val="it-IT"/>
        </w:rPr>
        <w:t xml:space="preserve"> DIPORTO</w:t>
      </w:r>
      <w:r w:rsidR="00016814">
        <w:rPr>
          <w:rFonts w:ascii="Times New Roman" w:hAnsi="Times New Roman" w:cs="Times New Roman"/>
          <w:color w:val="000000" w:themeColor="text1"/>
          <w:lang w:val="it-IT"/>
        </w:rPr>
        <w:t xml:space="preserve"> </w:t>
      </w:r>
      <w:r w:rsidR="00016814" w:rsidRPr="00016814">
        <w:rPr>
          <w:rFonts w:ascii="Times New Roman" w:hAnsi="Times New Roman" w:cs="Times New Roman"/>
          <w:color w:val="000000" w:themeColor="text1"/>
          <w:highlight w:val="yellow"/>
          <w:lang w:val="it-IT"/>
        </w:rPr>
        <w:t>O SERVIZI DI SKIPPERAGGIO</w:t>
      </w:r>
      <w:r w:rsidR="00476401">
        <w:rPr>
          <w:rFonts w:ascii="Times New Roman" w:hAnsi="Times New Roman" w:cs="Times New Roman"/>
          <w:color w:val="000000" w:themeColor="text1"/>
          <w:lang w:val="it-IT"/>
        </w:rPr>
        <w:t xml:space="preserve"> OGGETTO DI CONTRATTO DI LOCAZIONE A SCAFO NUDO</w:t>
      </w:r>
    </w:p>
    <w:p w14:paraId="6778F464" w14:textId="77777777" w:rsidR="001B4733" w:rsidRDefault="001B4733" w:rsidP="00BD5DF9">
      <w:pPr>
        <w:jc w:val="center"/>
        <w:rPr>
          <w:b/>
          <w:bCs/>
          <w:lang w:val="it-IT"/>
        </w:rPr>
      </w:pPr>
    </w:p>
    <w:p w14:paraId="28F4DD2D" w14:textId="08A2C555" w:rsidR="005071FD" w:rsidRPr="007E3FD1" w:rsidRDefault="00000000" w:rsidP="00BD5DF9">
      <w:pPr>
        <w:jc w:val="center"/>
        <w:rPr>
          <w:b/>
          <w:bCs/>
          <w:lang w:val="it-IT"/>
        </w:rPr>
      </w:pPr>
      <w:r w:rsidRPr="007E3FD1">
        <w:rPr>
          <w:b/>
          <w:bCs/>
          <w:lang w:val="it-IT"/>
        </w:rPr>
        <w:t>TRA</w:t>
      </w:r>
    </w:p>
    <w:p w14:paraId="27E59162" w14:textId="54ED5589" w:rsidR="005071FD" w:rsidRPr="00F2374C" w:rsidRDefault="00000000" w:rsidP="007E3FD1">
      <w:pPr>
        <w:jc w:val="both"/>
        <w:rPr>
          <w:lang w:val="it-IT"/>
        </w:rPr>
      </w:pPr>
      <w:r w:rsidRPr="00F2374C">
        <w:rPr>
          <w:lang w:val="it-IT"/>
        </w:rPr>
        <w:t>Il Sig. ___________________________________________, nato a _______________ il _____________, residente in _____________________________, codice fiscale ______________________, (di seguito il "</w:t>
      </w:r>
      <w:r w:rsidR="001B4733">
        <w:rPr>
          <w:lang w:val="it-IT"/>
        </w:rPr>
        <w:t>armatore</w:t>
      </w:r>
      <w:r w:rsidR="00476401">
        <w:rPr>
          <w:lang w:val="it-IT"/>
        </w:rPr>
        <w:t>/</w:t>
      </w:r>
      <w:r w:rsidR="001B4733">
        <w:rPr>
          <w:lang w:val="it-IT"/>
        </w:rPr>
        <w:t>conduttore</w:t>
      </w:r>
      <w:r w:rsidRPr="00F2374C">
        <w:rPr>
          <w:lang w:val="it-IT"/>
        </w:rPr>
        <w:t xml:space="preserve">"), in qualità di conduttore/armatore </w:t>
      </w:r>
      <w:r w:rsidR="001B4733">
        <w:rPr>
          <w:lang w:val="it-IT"/>
        </w:rPr>
        <w:t xml:space="preserve">in virtù di </w:t>
      </w:r>
      <w:r w:rsidRPr="00F2374C">
        <w:rPr>
          <w:lang w:val="it-IT"/>
        </w:rPr>
        <w:t>contratto di locazione a scafo nudo dell’unità da diporto _______________;</w:t>
      </w:r>
    </w:p>
    <w:p w14:paraId="0844C44A" w14:textId="77777777" w:rsidR="005071FD" w:rsidRPr="007E3FD1" w:rsidRDefault="00000000" w:rsidP="00BD5DF9">
      <w:pPr>
        <w:jc w:val="center"/>
        <w:rPr>
          <w:b/>
          <w:bCs/>
          <w:lang w:val="it-IT"/>
        </w:rPr>
      </w:pPr>
      <w:r w:rsidRPr="007E3FD1">
        <w:rPr>
          <w:b/>
          <w:bCs/>
          <w:lang w:val="it-IT"/>
        </w:rPr>
        <w:t>E</w:t>
      </w:r>
    </w:p>
    <w:p w14:paraId="772B1B16" w14:textId="78CE2CE6" w:rsidR="005071FD" w:rsidRPr="00F2374C" w:rsidRDefault="00000000" w:rsidP="00BD5DF9">
      <w:pPr>
        <w:jc w:val="both"/>
        <w:rPr>
          <w:lang w:val="it-IT"/>
        </w:rPr>
      </w:pPr>
      <w:r w:rsidRPr="00F2374C">
        <w:rPr>
          <w:lang w:val="it-IT"/>
        </w:rPr>
        <w:t>Il Sig. ___________________________________________, nato a _______________ il _____________</w:t>
      </w:r>
      <w:r w:rsidR="00BD5DF9">
        <w:rPr>
          <w:lang w:val="it-IT"/>
        </w:rPr>
        <w:t xml:space="preserve"> (CF:</w:t>
      </w:r>
      <w:r w:rsidR="00BD5DF9" w:rsidRPr="00BD5DF9">
        <w:rPr>
          <w:highlight w:val="yellow"/>
          <w:lang w:val="it-IT"/>
        </w:rPr>
        <w:t>XXXXXXXXX</w:t>
      </w:r>
      <w:r w:rsidR="00BD5DF9">
        <w:rPr>
          <w:lang w:val="it-IT"/>
        </w:rPr>
        <w:t xml:space="preserve"> e P.IVA </w:t>
      </w:r>
      <w:r w:rsidR="00BD5DF9" w:rsidRPr="00BD5DF9">
        <w:rPr>
          <w:highlight w:val="yellow"/>
          <w:lang w:val="it-IT"/>
        </w:rPr>
        <w:t>eventuale</w:t>
      </w:r>
      <w:r w:rsidR="00BD5DF9">
        <w:rPr>
          <w:lang w:val="it-IT"/>
        </w:rPr>
        <w:t>)</w:t>
      </w:r>
      <w:r w:rsidRPr="00F2374C">
        <w:rPr>
          <w:lang w:val="it-IT"/>
        </w:rPr>
        <w:t xml:space="preserve">, residente in _____________________________, codice fiscale ______________________, in possesso di patente nautica senza limiti </w:t>
      </w:r>
      <w:r w:rsidRPr="00BD5DF9">
        <w:rPr>
          <w:highlight w:val="yellow"/>
          <w:lang w:val="it-IT"/>
        </w:rPr>
        <w:t>e/o del titolo professionale di Ufficiale di Navigazione da Diporto di 2ª classe</w:t>
      </w:r>
      <w:r w:rsidRPr="00F2374C">
        <w:rPr>
          <w:lang w:val="it-IT"/>
        </w:rPr>
        <w:t xml:space="preserve"> (di seguito il "</w:t>
      </w:r>
      <w:r w:rsidR="00BD5DF9">
        <w:rPr>
          <w:lang w:val="it-IT"/>
        </w:rPr>
        <w:t>Skipper</w:t>
      </w:r>
      <w:r w:rsidRPr="00F2374C">
        <w:rPr>
          <w:lang w:val="it-IT"/>
        </w:rPr>
        <w:t>")</w:t>
      </w:r>
      <w:r w:rsidR="00BD5DF9">
        <w:rPr>
          <w:lang w:val="it-IT"/>
        </w:rPr>
        <w:t xml:space="preserve"> </w:t>
      </w:r>
      <w:r w:rsidR="00BD5DF9" w:rsidRPr="00BD5DF9">
        <w:rPr>
          <w:highlight w:val="yellow"/>
          <w:lang w:val="it-IT"/>
        </w:rPr>
        <w:t>ed iscritto alla Gente di Mare di _______</w:t>
      </w:r>
      <w:r w:rsidRPr="00BD5DF9">
        <w:rPr>
          <w:highlight w:val="yellow"/>
          <w:lang w:val="it-IT"/>
        </w:rPr>
        <w:t>;</w:t>
      </w:r>
    </w:p>
    <w:p w14:paraId="61A51AA4" w14:textId="77777777" w:rsidR="005071FD" w:rsidRPr="00F2374C" w:rsidRDefault="00000000" w:rsidP="00F2374C">
      <w:pPr>
        <w:jc w:val="center"/>
        <w:rPr>
          <w:b/>
          <w:bCs/>
          <w:lang w:val="it-IT"/>
        </w:rPr>
      </w:pPr>
      <w:r w:rsidRPr="00F2374C">
        <w:rPr>
          <w:b/>
          <w:bCs/>
          <w:lang w:val="it-IT"/>
        </w:rPr>
        <w:t>PREMESSO CHE</w:t>
      </w:r>
    </w:p>
    <w:p w14:paraId="1DA3B2D4" w14:textId="269C0553" w:rsidR="00BD5DF9" w:rsidRPr="00BD5DF9" w:rsidRDefault="00BD5DF9" w:rsidP="00BD5DF9">
      <w:pPr>
        <w:pStyle w:val="Paragrafoelenco"/>
        <w:numPr>
          <w:ilvl w:val="0"/>
          <w:numId w:val="10"/>
        </w:numPr>
        <w:jc w:val="both"/>
        <w:rPr>
          <w:lang w:val="it-IT"/>
        </w:rPr>
      </w:pPr>
      <w:r w:rsidRPr="00BD5DF9">
        <w:rPr>
          <w:lang w:val="it-IT"/>
        </w:rPr>
        <w:t>I</w:t>
      </w:r>
      <w:r w:rsidR="007E3FD1">
        <w:rPr>
          <w:lang w:val="it-IT"/>
        </w:rPr>
        <w:t>l</w:t>
      </w:r>
      <w:r w:rsidRPr="00BD5DF9">
        <w:rPr>
          <w:lang w:val="it-IT"/>
        </w:rPr>
        <w:t xml:space="preserve"> </w:t>
      </w:r>
      <w:r>
        <w:rPr>
          <w:lang w:val="it-IT"/>
        </w:rPr>
        <w:t>S</w:t>
      </w:r>
      <w:r w:rsidRPr="00BD5DF9">
        <w:rPr>
          <w:lang w:val="it-IT"/>
        </w:rPr>
        <w:t>ig. ______</w:t>
      </w:r>
      <w:r w:rsidR="007E3FD1">
        <w:rPr>
          <w:lang w:val="it-IT"/>
        </w:rPr>
        <w:t>__________________________</w:t>
      </w:r>
      <w:r w:rsidRPr="00BD5DF9">
        <w:rPr>
          <w:lang w:val="it-IT"/>
        </w:rPr>
        <w:t xml:space="preserve">intende trascorrere delle vacanze in barca </w:t>
      </w:r>
      <w:r w:rsidR="007E3FD1">
        <w:rPr>
          <w:lang w:val="it-IT"/>
        </w:rPr>
        <w:t xml:space="preserve">con </w:t>
      </w:r>
      <w:proofErr w:type="spellStart"/>
      <w:r w:rsidR="00BA5C6F">
        <w:rPr>
          <w:lang w:val="it-IT"/>
        </w:rPr>
        <w:t>nn</w:t>
      </w:r>
      <w:proofErr w:type="spellEnd"/>
      <w:r w:rsidR="00BA5C6F">
        <w:rPr>
          <w:lang w:val="it-IT"/>
        </w:rPr>
        <w:t xml:space="preserve">. _________ di </w:t>
      </w:r>
      <w:r w:rsidR="007E3FD1" w:rsidRPr="00BA5C6F">
        <w:rPr>
          <w:highlight w:val="yellow"/>
          <w:lang w:val="it-IT"/>
        </w:rPr>
        <w:t>amici/familiari</w:t>
      </w:r>
      <w:r w:rsidR="007E3FD1">
        <w:rPr>
          <w:lang w:val="it-IT"/>
        </w:rPr>
        <w:t>, locando a</w:t>
      </w:r>
      <w:r w:rsidRPr="00BD5DF9">
        <w:rPr>
          <w:lang w:val="it-IT"/>
        </w:rPr>
        <w:t xml:space="preserve">d uso </w:t>
      </w:r>
      <w:r w:rsidR="007E3FD1">
        <w:rPr>
          <w:lang w:val="it-IT"/>
        </w:rPr>
        <w:t xml:space="preserve">esclusivamente </w:t>
      </w:r>
      <w:r w:rsidRPr="00BD5DF9">
        <w:rPr>
          <w:lang w:val="it-IT"/>
        </w:rPr>
        <w:t>ricreativo/turistico</w:t>
      </w:r>
      <w:r w:rsidR="007E3FD1">
        <w:rPr>
          <w:lang w:val="it-IT"/>
        </w:rPr>
        <w:t xml:space="preserve"> </w:t>
      </w:r>
      <w:r w:rsidR="001B4733">
        <w:rPr>
          <w:lang w:val="it-IT"/>
        </w:rPr>
        <w:t xml:space="preserve">(diporto puro) </w:t>
      </w:r>
      <w:r w:rsidR="007E3FD1">
        <w:rPr>
          <w:lang w:val="it-IT"/>
        </w:rPr>
        <w:t>un’imbarcazione</w:t>
      </w:r>
      <w:r w:rsidR="001B4733">
        <w:rPr>
          <w:lang w:val="it-IT"/>
        </w:rPr>
        <w:t xml:space="preserve"> da diporto.</w:t>
      </w:r>
    </w:p>
    <w:p w14:paraId="15FBE2A4" w14:textId="26151623" w:rsidR="005071FD" w:rsidRDefault="001B4733" w:rsidP="00BD5DF9">
      <w:pPr>
        <w:pStyle w:val="Paragrafoelenco"/>
        <w:numPr>
          <w:ilvl w:val="0"/>
          <w:numId w:val="10"/>
        </w:numPr>
        <w:jc w:val="both"/>
        <w:rPr>
          <w:lang w:val="it-IT"/>
        </w:rPr>
      </w:pPr>
      <w:r>
        <w:rPr>
          <w:lang w:val="it-IT"/>
        </w:rPr>
        <w:t>All’uopo, i</w:t>
      </w:r>
      <w:r w:rsidR="00F2374C" w:rsidRPr="00BD5DF9">
        <w:rPr>
          <w:lang w:val="it-IT"/>
        </w:rPr>
        <w:t>l Sig. __________________</w:t>
      </w:r>
      <w:r w:rsidR="00BA5C6F">
        <w:rPr>
          <w:lang w:val="it-IT"/>
        </w:rPr>
        <w:t>, per il periodo compreso tra il _____ ed il _______,</w:t>
      </w:r>
      <w:r w:rsidR="00F2374C" w:rsidRPr="00BD5DF9">
        <w:rPr>
          <w:lang w:val="it-IT"/>
        </w:rPr>
        <w:t xml:space="preserve">ha stipulato </w:t>
      </w:r>
      <w:r w:rsidR="007E3FD1">
        <w:rPr>
          <w:lang w:val="it-IT"/>
        </w:rPr>
        <w:t>con ________________________</w:t>
      </w:r>
      <w:r w:rsidR="00F2374C" w:rsidRPr="00BD5DF9">
        <w:rPr>
          <w:lang w:val="it-IT"/>
        </w:rPr>
        <w:t>un contratto di locazione a scafo nudo dell’unità da diporto</w:t>
      </w:r>
      <w:r>
        <w:rPr>
          <w:lang w:val="it-IT"/>
        </w:rPr>
        <w:t>, di proprietà di quest’ultima,</w:t>
      </w:r>
      <w:r w:rsidR="00F2374C" w:rsidRPr="00BD5DF9">
        <w:rPr>
          <w:lang w:val="it-IT"/>
        </w:rPr>
        <w:t xml:space="preserve"> denominata ____________________________, iscritta al n. __________ del registro __________________</w:t>
      </w:r>
      <w:r w:rsidR="007E3FD1">
        <w:rPr>
          <w:lang w:val="it-IT"/>
        </w:rPr>
        <w:t xml:space="preserve"> (</w:t>
      </w:r>
      <w:r w:rsidR="007E3FD1" w:rsidRPr="007E3FD1">
        <w:rPr>
          <w:b/>
          <w:bCs/>
          <w:lang w:val="it-IT"/>
        </w:rPr>
        <w:t>All.</w:t>
      </w:r>
      <w:r w:rsidR="00D057B8">
        <w:rPr>
          <w:b/>
          <w:bCs/>
          <w:lang w:val="it-IT"/>
        </w:rPr>
        <w:t>1</w:t>
      </w:r>
      <w:r w:rsidR="007E3FD1">
        <w:rPr>
          <w:lang w:val="it-IT"/>
        </w:rPr>
        <w:t>)</w:t>
      </w:r>
      <w:r w:rsidR="00F2374C" w:rsidRPr="00BD5DF9">
        <w:rPr>
          <w:lang w:val="it-IT"/>
        </w:rPr>
        <w:t xml:space="preserve"> nella cui licenza è annotat</w:t>
      </w:r>
      <w:r>
        <w:rPr>
          <w:lang w:val="it-IT"/>
        </w:rPr>
        <w:t>o che l’unità è adibita ad</w:t>
      </w:r>
      <w:r w:rsidR="00F2374C" w:rsidRPr="00BD5DF9">
        <w:rPr>
          <w:lang w:val="it-IT"/>
        </w:rPr>
        <w:t xml:space="preserve"> l’attività di locazione</w:t>
      </w:r>
      <w:r w:rsidR="007E3FD1">
        <w:rPr>
          <w:lang w:val="it-IT"/>
        </w:rPr>
        <w:t xml:space="preserve"> (</w:t>
      </w:r>
      <w:r w:rsidR="007E3FD1" w:rsidRPr="007E3FD1">
        <w:rPr>
          <w:b/>
          <w:bCs/>
          <w:lang w:val="it-IT"/>
        </w:rPr>
        <w:t>All.</w:t>
      </w:r>
      <w:r w:rsidR="00D057B8">
        <w:rPr>
          <w:b/>
          <w:bCs/>
          <w:lang w:val="it-IT"/>
        </w:rPr>
        <w:t>2</w:t>
      </w:r>
      <w:r w:rsidR="007E3FD1">
        <w:rPr>
          <w:lang w:val="it-IT"/>
        </w:rPr>
        <w:t>);</w:t>
      </w:r>
    </w:p>
    <w:p w14:paraId="5D18C223" w14:textId="688F78DA" w:rsidR="007E3FD1" w:rsidRDefault="007E3FD1" w:rsidP="007E3FD1">
      <w:pPr>
        <w:pStyle w:val="Paragrafoelenco"/>
        <w:numPr>
          <w:ilvl w:val="0"/>
          <w:numId w:val="10"/>
        </w:numPr>
        <w:jc w:val="both"/>
        <w:rPr>
          <w:lang w:val="it-IT"/>
        </w:rPr>
      </w:pPr>
      <w:r w:rsidRPr="007E3FD1">
        <w:rPr>
          <w:lang w:val="it-IT"/>
        </w:rPr>
        <w:t xml:space="preserve"> </w:t>
      </w:r>
      <w:r w:rsidR="00F2374C" w:rsidRPr="007E3FD1">
        <w:rPr>
          <w:lang w:val="it-IT"/>
        </w:rPr>
        <w:t xml:space="preserve">Il </w:t>
      </w:r>
      <w:r w:rsidRPr="007E3FD1">
        <w:rPr>
          <w:lang w:val="it-IT"/>
        </w:rPr>
        <w:t>S</w:t>
      </w:r>
      <w:r w:rsidR="00F2374C" w:rsidRPr="007E3FD1">
        <w:rPr>
          <w:lang w:val="it-IT"/>
        </w:rPr>
        <w:t xml:space="preserve">ig. </w:t>
      </w:r>
      <w:r w:rsidR="001B4733" w:rsidRPr="001B4733">
        <w:rPr>
          <w:highlight w:val="yellow"/>
          <w:lang w:val="it-IT"/>
        </w:rPr>
        <w:t>conduttore/armatore</w:t>
      </w:r>
      <w:r w:rsidR="001B4733">
        <w:rPr>
          <w:lang w:val="it-IT"/>
        </w:rPr>
        <w:t xml:space="preserve"> </w:t>
      </w:r>
      <w:r w:rsidR="00F2374C" w:rsidRPr="007E3FD1">
        <w:rPr>
          <w:lang w:val="it-IT"/>
        </w:rPr>
        <w:t xml:space="preserve">non è munito di titolo idoneo a condurre l’imbarcazione denominata </w:t>
      </w:r>
      <w:r w:rsidR="00F2374C" w:rsidRPr="001B4733">
        <w:rPr>
          <w:highlight w:val="yellow"/>
          <w:lang w:val="it-IT"/>
        </w:rPr>
        <w:t>________</w:t>
      </w:r>
      <w:r w:rsidR="00F2374C" w:rsidRPr="007E3FD1">
        <w:rPr>
          <w:lang w:val="it-IT"/>
        </w:rPr>
        <w:t>_ ed ha quindi</w:t>
      </w:r>
      <w:r w:rsidRPr="007E3FD1">
        <w:rPr>
          <w:lang w:val="it-IT"/>
        </w:rPr>
        <w:t xml:space="preserve"> necessità di avvalersi della prestazione professionale di comando da parte di soggetto abilitato per la conduzione dell’unità suddetta</w:t>
      </w:r>
      <w:r w:rsidR="00BA5C6F">
        <w:rPr>
          <w:lang w:val="it-IT"/>
        </w:rPr>
        <w:t xml:space="preserve"> </w:t>
      </w:r>
    </w:p>
    <w:p w14:paraId="5A31C02F" w14:textId="3D689E67" w:rsidR="005071FD" w:rsidRPr="007E3FD1" w:rsidRDefault="00F2374C" w:rsidP="007E3FD1">
      <w:pPr>
        <w:pStyle w:val="Paragrafoelenco"/>
        <w:numPr>
          <w:ilvl w:val="0"/>
          <w:numId w:val="10"/>
        </w:numPr>
        <w:jc w:val="both"/>
        <w:rPr>
          <w:lang w:val="it-IT"/>
        </w:rPr>
      </w:pPr>
      <w:r w:rsidRPr="007E3FD1">
        <w:rPr>
          <w:lang w:val="it-IT"/>
        </w:rPr>
        <w:t xml:space="preserve">il </w:t>
      </w:r>
      <w:r w:rsidR="007E3FD1">
        <w:rPr>
          <w:lang w:val="it-IT"/>
        </w:rPr>
        <w:t>S</w:t>
      </w:r>
      <w:r w:rsidRPr="007E3FD1">
        <w:rPr>
          <w:lang w:val="it-IT"/>
        </w:rPr>
        <w:t xml:space="preserve">ig. ______ </w:t>
      </w:r>
      <w:r w:rsidRPr="00BA5C6F">
        <w:rPr>
          <w:highlight w:val="yellow"/>
          <w:lang w:val="it-IT"/>
        </w:rPr>
        <w:t>(</w:t>
      </w:r>
      <w:r w:rsidR="007E3FD1" w:rsidRPr="00BA5C6F">
        <w:rPr>
          <w:highlight w:val="yellow"/>
          <w:lang w:val="it-IT"/>
        </w:rPr>
        <w:t>P</w:t>
      </w:r>
      <w:r w:rsidRPr="00BA5C6F">
        <w:rPr>
          <w:highlight w:val="yellow"/>
          <w:lang w:val="it-IT"/>
        </w:rPr>
        <w:t>.IVA</w:t>
      </w:r>
      <w:r w:rsidRPr="007E3FD1">
        <w:rPr>
          <w:lang w:val="it-IT"/>
        </w:rPr>
        <w:t xml:space="preserve">), </w:t>
      </w:r>
      <w:r w:rsidR="00BA5C6F">
        <w:rPr>
          <w:lang w:val="it-IT"/>
        </w:rPr>
        <w:t xml:space="preserve">è </w:t>
      </w:r>
      <w:r w:rsidRPr="007E3FD1">
        <w:rPr>
          <w:lang w:val="it-IT"/>
        </w:rPr>
        <w:t xml:space="preserve">professionista munito </w:t>
      </w:r>
      <w:proofErr w:type="gramStart"/>
      <w:r w:rsidRPr="007E3FD1">
        <w:rPr>
          <w:lang w:val="it-IT"/>
        </w:rPr>
        <w:t>di  titolo</w:t>
      </w:r>
      <w:proofErr w:type="gramEnd"/>
      <w:r w:rsidRPr="007E3FD1">
        <w:rPr>
          <w:lang w:val="it-IT"/>
        </w:rPr>
        <w:t>_________________________________</w:t>
      </w:r>
      <w:r w:rsidR="00BA5C6F">
        <w:rPr>
          <w:lang w:val="it-IT"/>
        </w:rPr>
        <w:t xml:space="preserve"> (</w:t>
      </w:r>
      <w:r w:rsidR="00BA5C6F" w:rsidRPr="00BA5C6F">
        <w:rPr>
          <w:b/>
          <w:bCs/>
          <w:lang w:val="it-IT"/>
        </w:rPr>
        <w:t>All.3</w:t>
      </w:r>
      <w:r w:rsidR="00BA5C6F">
        <w:rPr>
          <w:lang w:val="it-IT"/>
        </w:rPr>
        <w:t>)</w:t>
      </w:r>
      <w:r w:rsidR="00BA5C6F" w:rsidRPr="007E3FD1">
        <w:rPr>
          <w:lang w:val="it-IT"/>
        </w:rPr>
        <w:t xml:space="preserve"> </w:t>
      </w:r>
      <w:r w:rsidR="00D057B8">
        <w:rPr>
          <w:lang w:val="it-IT"/>
        </w:rPr>
        <w:t xml:space="preserve">idoneo </w:t>
      </w:r>
      <w:r w:rsidR="00BA5C6F">
        <w:rPr>
          <w:lang w:val="it-IT"/>
        </w:rPr>
        <w:t xml:space="preserve">a condurre la </w:t>
      </w:r>
      <w:proofErr w:type="gramStart"/>
      <w:r w:rsidR="00BA5C6F">
        <w:rPr>
          <w:lang w:val="it-IT"/>
        </w:rPr>
        <w:t>predetta</w:t>
      </w:r>
      <w:proofErr w:type="gramEnd"/>
      <w:r w:rsidR="00BA5C6F">
        <w:rPr>
          <w:lang w:val="it-IT"/>
        </w:rPr>
        <w:t xml:space="preserve"> </w:t>
      </w:r>
      <w:r w:rsidR="00BA5C6F">
        <w:rPr>
          <w:lang w:val="it-IT"/>
        </w:rPr>
        <w:lastRenderedPageBreak/>
        <w:t xml:space="preserve">imbarcazione </w:t>
      </w:r>
      <w:r w:rsidR="00D057B8">
        <w:rPr>
          <w:lang w:val="it-IT"/>
        </w:rPr>
        <w:t xml:space="preserve">in locazione </w:t>
      </w:r>
      <w:r w:rsidR="00BA5C6F">
        <w:rPr>
          <w:lang w:val="it-IT"/>
        </w:rPr>
        <w:t xml:space="preserve">ed </w:t>
      </w:r>
      <w:r w:rsidRPr="007E3FD1">
        <w:rPr>
          <w:lang w:val="it-IT"/>
        </w:rPr>
        <w:t>è disponibile ad assumer</w:t>
      </w:r>
      <w:r w:rsidR="00BA5C6F">
        <w:rPr>
          <w:lang w:val="it-IT"/>
        </w:rPr>
        <w:t>n</w:t>
      </w:r>
      <w:r w:rsidRPr="007E3FD1">
        <w:rPr>
          <w:lang w:val="it-IT"/>
        </w:rPr>
        <w:t>e il comando nel periodo sopra indicato</w:t>
      </w:r>
      <w:r w:rsidR="00D057B8">
        <w:rPr>
          <w:lang w:val="it-IT"/>
        </w:rPr>
        <w:t xml:space="preserve"> e dichiara di aver preso conoscenza delle condizioni del contratto di locazione a scafo nudo stipulato dal sig.</w:t>
      </w:r>
      <w:r w:rsidR="00D057B8" w:rsidRPr="00A66982">
        <w:rPr>
          <w:highlight w:val="yellow"/>
          <w:lang w:val="it-IT"/>
        </w:rPr>
        <w:t>_______________</w:t>
      </w:r>
      <w:r w:rsidR="00D057B8">
        <w:rPr>
          <w:lang w:val="it-IT"/>
        </w:rPr>
        <w:t xml:space="preserve"> </w:t>
      </w:r>
      <w:r w:rsidR="000B161B">
        <w:rPr>
          <w:lang w:val="it-IT"/>
        </w:rPr>
        <w:t>ed allegato al presente (All.1)</w:t>
      </w:r>
    </w:p>
    <w:p w14:paraId="41A6A969" w14:textId="77777777" w:rsidR="005071FD" w:rsidRPr="00F2374C" w:rsidRDefault="005071FD">
      <w:pPr>
        <w:rPr>
          <w:lang w:val="it-IT"/>
        </w:rPr>
      </w:pPr>
    </w:p>
    <w:p w14:paraId="31BDEEEC" w14:textId="3AA2E278" w:rsidR="005071FD" w:rsidRPr="00556B12" w:rsidRDefault="000B161B" w:rsidP="00BD5DF9">
      <w:pPr>
        <w:jc w:val="center"/>
        <w:rPr>
          <w:b/>
          <w:bCs/>
          <w:lang w:val="it-IT"/>
        </w:rPr>
      </w:pPr>
      <w:r w:rsidRPr="00556B12">
        <w:rPr>
          <w:b/>
          <w:bCs/>
          <w:lang w:val="it-IT"/>
        </w:rPr>
        <w:t xml:space="preserve">TANTO PREMESSO TRA LE PARTI </w:t>
      </w:r>
      <w:r w:rsidR="00000000" w:rsidRPr="00556B12">
        <w:rPr>
          <w:b/>
          <w:bCs/>
          <w:lang w:val="it-IT"/>
        </w:rPr>
        <w:t>SI CONVIENE E SI STIPULA QUANTO SEGUE</w:t>
      </w:r>
    </w:p>
    <w:p w14:paraId="7A061055" w14:textId="77777777" w:rsidR="005071FD" w:rsidRPr="007C41EE" w:rsidRDefault="00000000" w:rsidP="00F2374C">
      <w:pPr>
        <w:jc w:val="center"/>
        <w:rPr>
          <w:b/>
          <w:bCs/>
          <w:lang w:val="it-IT"/>
        </w:rPr>
      </w:pPr>
      <w:r w:rsidRPr="007C41EE">
        <w:rPr>
          <w:b/>
          <w:bCs/>
          <w:lang w:val="it-IT"/>
        </w:rPr>
        <w:t>1. Oggetto dell’incarico</w:t>
      </w:r>
    </w:p>
    <w:p w14:paraId="55AD91E0" w14:textId="134A8986" w:rsidR="005071FD" w:rsidRDefault="001F5BBC" w:rsidP="00F2374C">
      <w:pPr>
        <w:jc w:val="both"/>
        <w:rPr>
          <w:lang w:val="it-IT"/>
        </w:rPr>
      </w:pPr>
      <w:r>
        <w:rPr>
          <w:lang w:val="it-IT"/>
        </w:rPr>
        <w:t>1.</w:t>
      </w:r>
      <w:r w:rsidR="00000000" w:rsidRPr="00F2374C">
        <w:rPr>
          <w:lang w:val="it-IT"/>
        </w:rPr>
        <w:t xml:space="preserve">Il </w:t>
      </w:r>
      <w:r w:rsidR="00BA5C6F">
        <w:rPr>
          <w:lang w:val="it-IT"/>
        </w:rPr>
        <w:t>sig. _____________</w:t>
      </w:r>
      <w:r w:rsidR="00000000" w:rsidRPr="00F2374C">
        <w:rPr>
          <w:lang w:val="it-IT"/>
        </w:rPr>
        <w:t>conferisce al</w:t>
      </w:r>
      <w:r w:rsidR="00BA5C6F">
        <w:rPr>
          <w:lang w:val="it-IT"/>
        </w:rPr>
        <w:t>lo Skipper,</w:t>
      </w:r>
      <w:r w:rsidR="00000000" w:rsidRPr="00F2374C">
        <w:rPr>
          <w:lang w:val="it-IT"/>
        </w:rPr>
        <w:t xml:space="preserve"> che accetta, l’incarico di co</w:t>
      </w:r>
      <w:r w:rsidR="00633FBD">
        <w:rPr>
          <w:lang w:val="it-IT"/>
        </w:rPr>
        <w:t>mandare e co</w:t>
      </w:r>
      <w:r w:rsidR="00000000" w:rsidRPr="00F2374C">
        <w:rPr>
          <w:lang w:val="it-IT"/>
        </w:rPr>
        <w:t>ndurre l’unità da diporto indicata</w:t>
      </w:r>
      <w:r>
        <w:rPr>
          <w:lang w:val="it-IT"/>
        </w:rPr>
        <w:t xml:space="preserve"> in premessa</w:t>
      </w:r>
      <w:r w:rsidR="00000000" w:rsidRPr="00F2374C">
        <w:rPr>
          <w:lang w:val="it-IT"/>
        </w:rPr>
        <w:t>, assumendone il comando</w:t>
      </w:r>
      <w:r>
        <w:rPr>
          <w:lang w:val="it-IT"/>
        </w:rPr>
        <w:t xml:space="preserve"> e</w:t>
      </w:r>
      <w:r w:rsidR="007B2113">
        <w:rPr>
          <w:lang w:val="it-IT"/>
        </w:rPr>
        <w:t xml:space="preserve"> la direzione nautica</w:t>
      </w:r>
      <w:r>
        <w:rPr>
          <w:lang w:val="it-IT"/>
        </w:rPr>
        <w:t>.</w:t>
      </w:r>
    </w:p>
    <w:p w14:paraId="5FBAD1A0" w14:textId="2653259D" w:rsidR="001F5BBC" w:rsidRDefault="001F5BBC" w:rsidP="00F2374C">
      <w:pPr>
        <w:jc w:val="both"/>
        <w:rPr>
          <w:lang w:val="it-IT"/>
        </w:rPr>
      </w:pPr>
      <w:r>
        <w:rPr>
          <w:lang w:val="it-IT"/>
        </w:rPr>
        <w:t xml:space="preserve">2. </w:t>
      </w:r>
      <w:r w:rsidRPr="001F5BBC">
        <w:rPr>
          <w:lang w:val="it-IT"/>
        </w:rPr>
        <w:t>L’incarico comprende le attività di comando, pianificazione delle rotte, manovre di ormeggio e disormeggio, vigilanza sulla sicurezza della navigazione e assistenza al Conduttore e ai passeggeri per gli aspetti strettamente connessi alla condotta dell’unità.</w:t>
      </w:r>
    </w:p>
    <w:p w14:paraId="79892C3B" w14:textId="77777777" w:rsidR="005071FD" w:rsidRPr="00F2374C" w:rsidRDefault="00000000" w:rsidP="00F2374C">
      <w:pPr>
        <w:jc w:val="center"/>
        <w:rPr>
          <w:lang w:val="it-IT"/>
        </w:rPr>
      </w:pPr>
      <w:r w:rsidRPr="00F2374C">
        <w:rPr>
          <w:lang w:val="it-IT"/>
        </w:rPr>
        <w:t xml:space="preserve">2. </w:t>
      </w:r>
      <w:r w:rsidRPr="001F5BBC">
        <w:rPr>
          <w:b/>
          <w:bCs/>
          <w:lang w:val="it-IT"/>
        </w:rPr>
        <w:t>Natura della prestazione</w:t>
      </w:r>
    </w:p>
    <w:p w14:paraId="2CD03593" w14:textId="68195D43" w:rsidR="00D057B8" w:rsidRDefault="001F5BBC" w:rsidP="00F2374C">
      <w:pPr>
        <w:jc w:val="both"/>
        <w:rPr>
          <w:lang w:val="it-IT"/>
        </w:rPr>
      </w:pPr>
      <w:r>
        <w:rPr>
          <w:lang w:val="it-IT"/>
        </w:rPr>
        <w:t>1.</w:t>
      </w:r>
      <w:r w:rsidR="00000000" w:rsidRPr="00F2374C">
        <w:rPr>
          <w:lang w:val="it-IT"/>
        </w:rPr>
        <w:t xml:space="preserve">La prestazione si intende svolta </w:t>
      </w:r>
      <w:r w:rsidR="00000000" w:rsidRPr="00556B12">
        <w:rPr>
          <w:highlight w:val="yellow"/>
          <w:lang w:val="it-IT"/>
        </w:rPr>
        <w:t>in forma autonoma</w:t>
      </w:r>
      <w:r w:rsidR="00633FBD" w:rsidRPr="00556B12">
        <w:rPr>
          <w:highlight w:val="yellow"/>
          <w:lang w:val="it-IT"/>
        </w:rPr>
        <w:t xml:space="preserve"> e </w:t>
      </w:r>
      <w:r w:rsidR="00000000" w:rsidRPr="00556B12">
        <w:rPr>
          <w:highlight w:val="yellow"/>
          <w:lang w:val="it-IT"/>
        </w:rPr>
        <w:t>professionale</w:t>
      </w:r>
      <w:r w:rsidR="00000000" w:rsidRPr="00F2374C">
        <w:rPr>
          <w:lang w:val="it-IT"/>
        </w:rPr>
        <w:t xml:space="preserve"> ai sensi degli artt. 2222 </w:t>
      </w:r>
      <w:r w:rsidR="00D057B8">
        <w:rPr>
          <w:lang w:val="it-IT"/>
        </w:rPr>
        <w:t xml:space="preserve">e </w:t>
      </w:r>
      <w:r w:rsidR="00000000" w:rsidRPr="00F2374C">
        <w:rPr>
          <w:lang w:val="it-IT"/>
        </w:rPr>
        <w:t xml:space="preserve">ss. </w:t>
      </w:r>
      <w:r w:rsidR="00D057B8">
        <w:rPr>
          <w:lang w:val="it-IT"/>
        </w:rPr>
        <w:t xml:space="preserve">del </w:t>
      </w:r>
      <w:proofErr w:type="gramStart"/>
      <w:r w:rsidR="00D057B8">
        <w:rPr>
          <w:lang w:val="it-IT"/>
        </w:rPr>
        <w:t>Codice Civile</w:t>
      </w:r>
      <w:proofErr w:type="gramEnd"/>
      <w:r w:rsidR="00016814">
        <w:rPr>
          <w:lang w:val="it-IT"/>
        </w:rPr>
        <w:t>, del Codice della Navigazione e del Codice della Nautica da Diporto</w:t>
      </w:r>
      <w:r w:rsidR="00703A3F">
        <w:rPr>
          <w:lang w:val="it-IT"/>
        </w:rPr>
        <w:t xml:space="preserve"> e</w:t>
      </w:r>
      <w:r w:rsidR="00016814">
        <w:rPr>
          <w:lang w:val="it-IT"/>
        </w:rPr>
        <w:t xml:space="preserve"> nel rispetto </w:t>
      </w:r>
      <w:r w:rsidR="00703A3F">
        <w:rPr>
          <w:lang w:val="it-IT"/>
        </w:rPr>
        <w:t xml:space="preserve">delle ordinanze delle Autorità Marittime nonché </w:t>
      </w:r>
      <w:r w:rsidR="00016814">
        <w:rPr>
          <w:lang w:val="it-IT"/>
        </w:rPr>
        <w:t>delle regole</w:t>
      </w:r>
      <w:r w:rsidR="007B2113">
        <w:rPr>
          <w:lang w:val="it-IT"/>
        </w:rPr>
        <w:t xml:space="preserve"> di diligenza e prudenza</w:t>
      </w:r>
      <w:r w:rsidR="00016814">
        <w:rPr>
          <w:lang w:val="it-IT"/>
        </w:rPr>
        <w:t xml:space="preserve"> dell’arte marinaresca</w:t>
      </w:r>
      <w:r w:rsidR="00633FBD">
        <w:rPr>
          <w:lang w:val="it-IT"/>
        </w:rPr>
        <w:t xml:space="preserve"> </w:t>
      </w:r>
    </w:p>
    <w:p w14:paraId="1E72DC08" w14:textId="7B0C6206" w:rsidR="005071FD" w:rsidRPr="00F2374C" w:rsidRDefault="001F5BBC" w:rsidP="00F2374C">
      <w:pPr>
        <w:jc w:val="both"/>
        <w:rPr>
          <w:lang w:val="it-IT"/>
        </w:rPr>
      </w:pPr>
      <w:r>
        <w:rPr>
          <w:lang w:val="it-IT"/>
        </w:rPr>
        <w:t>2.</w:t>
      </w:r>
      <w:r w:rsidR="00D057B8" w:rsidRPr="001F5BBC">
        <w:rPr>
          <w:highlight w:val="yellow"/>
          <w:lang w:val="it-IT"/>
        </w:rPr>
        <w:t>R</w:t>
      </w:r>
      <w:r w:rsidR="00633FBD" w:rsidRPr="001F5BBC">
        <w:rPr>
          <w:highlight w:val="yellow"/>
          <w:lang w:val="it-IT"/>
        </w:rPr>
        <w:t>esta espressamente pattuito fra le Parti che ogni oner</w:t>
      </w:r>
      <w:r w:rsidR="00D057B8" w:rsidRPr="001F5BBC">
        <w:rPr>
          <w:highlight w:val="yellow"/>
          <w:lang w:val="it-IT"/>
        </w:rPr>
        <w:t>e</w:t>
      </w:r>
      <w:r w:rsidR="00633FBD" w:rsidRPr="001F5BBC">
        <w:rPr>
          <w:highlight w:val="yellow"/>
          <w:lang w:val="it-IT"/>
        </w:rPr>
        <w:t xml:space="preserve"> fiscal</w:t>
      </w:r>
      <w:r w:rsidR="00D057B8" w:rsidRPr="001F5BBC">
        <w:rPr>
          <w:highlight w:val="yellow"/>
          <w:lang w:val="it-IT"/>
        </w:rPr>
        <w:t>e</w:t>
      </w:r>
      <w:r w:rsidR="00633FBD" w:rsidRPr="001F5BBC">
        <w:rPr>
          <w:highlight w:val="yellow"/>
          <w:lang w:val="it-IT"/>
        </w:rPr>
        <w:t xml:space="preserve"> e contributiv</w:t>
      </w:r>
      <w:r w:rsidR="007B2113" w:rsidRPr="001F5BBC">
        <w:rPr>
          <w:highlight w:val="yellow"/>
          <w:lang w:val="it-IT"/>
        </w:rPr>
        <w:t>o</w:t>
      </w:r>
      <w:r w:rsidR="00633FBD" w:rsidRPr="001F5BBC">
        <w:rPr>
          <w:highlight w:val="yellow"/>
          <w:lang w:val="it-IT"/>
        </w:rPr>
        <w:t xml:space="preserve"> verr</w:t>
      </w:r>
      <w:r w:rsidR="00D057B8" w:rsidRPr="001F5BBC">
        <w:rPr>
          <w:highlight w:val="yellow"/>
          <w:lang w:val="it-IT"/>
        </w:rPr>
        <w:t>à</w:t>
      </w:r>
      <w:r w:rsidR="00633FBD" w:rsidRPr="001F5BBC">
        <w:rPr>
          <w:highlight w:val="yellow"/>
          <w:lang w:val="it-IT"/>
        </w:rPr>
        <w:t xml:space="preserve"> assolt</w:t>
      </w:r>
      <w:r w:rsidR="007B2113" w:rsidRPr="001F5BBC">
        <w:rPr>
          <w:highlight w:val="yellow"/>
          <w:lang w:val="it-IT"/>
        </w:rPr>
        <w:t>o</w:t>
      </w:r>
      <w:r w:rsidR="00633FBD" w:rsidRPr="001F5BBC">
        <w:rPr>
          <w:highlight w:val="yellow"/>
          <w:lang w:val="it-IT"/>
        </w:rPr>
        <w:t xml:space="preserve"> </w:t>
      </w:r>
      <w:r w:rsidR="007B2113" w:rsidRPr="001F5BBC">
        <w:rPr>
          <w:highlight w:val="yellow"/>
          <w:lang w:val="it-IT"/>
        </w:rPr>
        <w:t xml:space="preserve">direttamente </w:t>
      </w:r>
      <w:r w:rsidR="00633FBD" w:rsidRPr="001F5BBC">
        <w:rPr>
          <w:highlight w:val="yellow"/>
          <w:lang w:val="it-IT"/>
        </w:rPr>
        <w:t>dallo Skipper</w:t>
      </w:r>
      <w:r>
        <w:rPr>
          <w:lang w:val="it-IT"/>
        </w:rPr>
        <w:t xml:space="preserve">, </w:t>
      </w:r>
      <w:r w:rsidRPr="00703A3F">
        <w:rPr>
          <w:highlight w:val="yellow"/>
          <w:lang w:val="it-IT"/>
        </w:rPr>
        <w:t>salvo non sia diversamente previsto dalla normativa vigente</w:t>
      </w:r>
    </w:p>
    <w:p w14:paraId="58AA427A" w14:textId="546028B6" w:rsidR="005071FD" w:rsidRPr="00F2374C" w:rsidRDefault="00000000" w:rsidP="00F2374C">
      <w:pPr>
        <w:jc w:val="center"/>
        <w:rPr>
          <w:lang w:val="it-IT"/>
        </w:rPr>
      </w:pPr>
      <w:r w:rsidRPr="00F2374C">
        <w:rPr>
          <w:lang w:val="it-IT"/>
        </w:rPr>
        <w:t xml:space="preserve">3. </w:t>
      </w:r>
      <w:r w:rsidRPr="001F5BBC">
        <w:rPr>
          <w:b/>
          <w:bCs/>
          <w:lang w:val="it-IT"/>
        </w:rPr>
        <w:t>Durata dell’incarico</w:t>
      </w:r>
      <w:r w:rsidR="007B2113" w:rsidRPr="001F5BBC">
        <w:rPr>
          <w:b/>
          <w:bCs/>
          <w:lang w:val="it-IT"/>
        </w:rPr>
        <w:t xml:space="preserve"> e recesso</w:t>
      </w:r>
    </w:p>
    <w:p w14:paraId="16C53663" w14:textId="0A6EDDDA" w:rsidR="005071FD" w:rsidRDefault="001F5BBC" w:rsidP="001F5BBC">
      <w:pPr>
        <w:jc w:val="both"/>
        <w:rPr>
          <w:lang w:val="it-IT"/>
        </w:rPr>
      </w:pPr>
      <w:r>
        <w:rPr>
          <w:lang w:val="it-IT"/>
        </w:rPr>
        <w:t>1.</w:t>
      </w:r>
      <w:r w:rsidR="000B161B" w:rsidRPr="000B161B">
        <w:rPr>
          <w:lang w:val="it-IT"/>
        </w:rPr>
        <w:t xml:space="preserve"> </w:t>
      </w:r>
      <w:r w:rsidR="000B161B" w:rsidRPr="000B161B">
        <w:rPr>
          <w:lang w:val="it-IT"/>
        </w:rPr>
        <w:t>L’incarico decorre dal giorno ____________ alle ore ____ e terminerà il giorno ____________ alle ore ____, salvo proroga concordata per iscritto tra le parti.</w:t>
      </w:r>
    </w:p>
    <w:p w14:paraId="3DB38FBD" w14:textId="50F62D1A" w:rsidR="007B2113" w:rsidRPr="007B2113" w:rsidRDefault="001F5BBC" w:rsidP="001F5BBC">
      <w:pPr>
        <w:jc w:val="both"/>
        <w:rPr>
          <w:lang w:val="it-IT"/>
        </w:rPr>
      </w:pPr>
      <w:r>
        <w:rPr>
          <w:lang w:val="it-IT"/>
        </w:rPr>
        <w:t>2.</w:t>
      </w:r>
      <w:r w:rsidR="007B2113">
        <w:rPr>
          <w:lang w:val="it-IT"/>
        </w:rPr>
        <w:t>Il Conduttore/armatore</w:t>
      </w:r>
      <w:r w:rsidR="007B2113" w:rsidRPr="007B2113">
        <w:rPr>
          <w:lang w:val="it-IT"/>
        </w:rPr>
        <w:t xml:space="preserve"> potrà recedere anticipatamente con un preavviso scritto di almeno </w:t>
      </w:r>
      <w:r>
        <w:rPr>
          <w:lang w:val="it-IT"/>
        </w:rPr>
        <w:t>__________</w:t>
      </w:r>
      <w:r w:rsidR="007B2113" w:rsidRPr="007B2113">
        <w:rPr>
          <w:highlight w:val="yellow"/>
          <w:lang w:val="it-IT"/>
        </w:rPr>
        <w:t>, salvo il diritto al compenso maturato</w:t>
      </w:r>
      <w:r w:rsidR="007B2113" w:rsidRPr="007B2113">
        <w:rPr>
          <w:lang w:val="it-IT"/>
        </w:rPr>
        <w:t>.</w:t>
      </w:r>
    </w:p>
    <w:p w14:paraId="11C75FA2" w14:textId="7EA6B69C" w:rsidR="007B2113" w:rsidRPr="00F2374C" w:rsidRDefault="001F5BBC" w:rsidP="001F5BBC">
      <w:pPr>
        <w:jc w:val="both"/>
        <w:rPr>
          <w:lang w:val="it-IT"/>
        </w:rPr>
      </w:pPr>
      <w:r>
        <w:rPr>
          <w:lang w:val="it-IT"/>
        </w:rPr>
        <w:t>3.</w:t>
      </w:r>
      <w:r w:rsidR="007B2113" w:rsidRPr="007B2113">
        <w:rPr>
          <w:lang w:val="it-IT"/>
        </w:rPr>
        <w:t>Il contratto potrà essere risolto di diritto in caso di grave inadempimento, comportamento pericoloso, o uso non autorizzato dell’imbarcazione</w:t>
      </w:r>
      <w:r w:rsidR="000B161B">
        <w:rPr>
          <w:lang w:val="it-IT"/>
        </w:rPr>
        <w:t xml:space="preserve"> da parte del Conduttore ed i suoi ospiti.</w:t>
      </w:r>
    </w:p>
    <w:p w14:paraId="503DB3CC" w14:textId="77777777" w:rsidR="005071FD" w:rsidRPr="000B161B" w:rsidRDefault="00000000" w:rsidP="00F2374C">
      <w:pPr>
        <w:jc w:val="center"/>
        <w:rPr>
          <w:b/>
          <w:bCs/>
          <w:lang w:val="it-IT"/>
        </w:rPr>
      </w:pPr>
      <w:r w:rsidRPr="000B161B">
        <w:rPr>
          <w:b/>
          <w:bCs/>
          <w:lang w:val="it-IT"/>
        </w:rPr>
        <w:t>4. Compenso</w:t>
      </w:r>
    </w:p>
    <w:p w14:paraId="1B5F026E" w14:textId="06E0AFF6" w:rsidR="001F5BBC" w:rsidRPr="001F5BBC" w:rsidRDefault="001F5BBC" w:rsidP="001F5BBC">
      <w:pPr>
        <w:jc w:val="both"/>
        <w:rPr>
          <w:lang w:val="it-IT"/>
        </w:rPr>
      </w:pPr>
      <w:r>
        <w:rPr>
          <w:lang w:val="it-IT"/>
        </w:rPr>
        <w:t xml:space="preserve">1. </w:t>
      </w:r>
      <w:r w:rsidRPr="001F5BBC">
        <w:rPr>
          <w:lang w:val="it-IT"/>
        </w:rPr>
        <w:t xml:space="preserve">Il Conduttore corrisponderà allo Skipper, per l’intera durata dell’incarico, un compenso </w:t>
      </w:r>
      <w:r>
        <w:rPr>
          <w:lang w:val="it-IT"/>
        </w:rPr>
        <w:t>lordo</w:t>
      </w:r>
      <w:r w:rsidRPr="001F5BBC">
        <w:rPr>
          <w:lang w:val="it-IT"/>
        </w:rPr>
        <w:t xml:space="preserve"> di € ____________, da versarsi come segue:</w:t>
      </w:r>
    </w:p>
    <w:p w14:paraId="6CA6FE1F" w14:textId="77777777" w:rsidR="001F5BBC" w:rsidRPr="001F5BBC" w:rsidRDefault="001F5BBC" w:rsidP="001F5BBC">
      <w:pPr>
        <w:pStyle w:val="Paragrafoelenco"/>
        <w:numPr>
          <w:ilvl w:val="0"/>
          <w:numId w:val="11"/>
        </w:numPr>
        <w:jc w:val="both"/>
        <w:rPr>
          <w:lang w:val="it-IT"/>
        </w:rPr>
      </w:pPr>
      <w:r w:rsidRPr="001F5BBC">
        <w:rPr>
          <w:lang w:val="it-IT"/>
        </w:rPr>
        <w:lastRenderedPageBreak/>
        <w:t>€ ____________ alla firma del presente contratto;</w:t>
      </w:r>
    </w:p>
    <w:p w14:paraId="2619CF0D" w14:textId="77777777" w:rsidR="001F5BBC" w:rsidRPr="001F5BBC" w:rsidRDefault="001F5BBC" w:rsidP="001F5BBC">
      <w:pPr>
        <w:pStyle w:val="Paragrafoelenco"/>
        <w:numPr>
          <w:ilvl w:val="0"/>
          <w:numId w:val="11"/>
        </w:numPr>
        <w:jc w:val="both"/>
        <w:rPr>
          <w:lang w:val="it-IT"/>
        </w:rPr>
      </w:pPr>
      <w:r w:rsidRPr="001F5BBC">
        <w:rPr>
          <w:lang w:val="it-IT"/>
        </w:rPr>
        <w:t>€ ____________ al termine dell’incarico.</w:t>
      </w:r>
    </w:p>
    <w:p w14:paraId="071B3E53" w14:textId="4DB5C51D" w:rsidR="005071FD" w:rsidRPr="00F2374C" w:rsidRDefault="001F5BBC" w:rsidP="001F5BBC">
      <w:pPr>
        <w:jc w:val="both"/>
        <w:rPr>
          <w:lang w:val="it-IT"/>
        </w:rPr>
      </w:pPr>
      <w:r>
        <w:rPr>
          <w:lang w:val="it-IT"/>
        </w:rPr>
        <w:t xml:space="preserve">2. </w:t>
      </w:r>
      <w:r w:rsidRPr="001F5BBC">
        <w:rPr>
          <w:lang w:val="it-IT"/>
        </w:rPr>
        <w:t>Restano a carico del Conduttore</w:t>
      </w:r>
      <w:r>
        <w:rPr>
          <w:lang w:val="it-IT"/>
        </w:rPr>
        <w:t>/armatore</w:t>
      </w:r>
      <w:r w:rsidRPr="001F5BBC">
        <w:rPr>
          <w:lang w:val="it-IT"/>
        </w:rPr>
        <w:t xml:space="preserve"> le spese di vitto e alloggio dello Skipper a bordo, nonché gli eventuali costi di trasferimento o trasferta, salvo diverso accordo scritto.</w:t>
      </w:r>
    </w:p>
    <w:p w14:paraId="3B329C37" w14:textId="1FC9B93D" w:rsidR="005071FD" w:rsidRPr="001F5BBC" w:rsidRDefault="00000000" w:rsidP="007E3FD1">
      <w:pPr>
        <w:jc w:val="center"/>
        <w:rPr>
          <w:b/>
          <w:bCs/>
          <w:lang w:val="it-IT"/>
        </w:rPr>
      </w:pPr>
      <w:r w:rsidRPr="001F5BBC">
        <w:rPr>
          <w:b/>
          <w:bCs/>
          <w:lang w:val="it-IT"/>
        </w:rPr>
        <w:t>5. Obblighi del</w:t>
      </w:r>
      <w:r w:rsidR="00476401">
        <w:rPr>
          <w:b/>
          <w:bCs/>
          <w:lang w:val="it-IT"/>
        </w:rPr>
        <w:t>lo Skipper</w:t>
      </w:r>
    </w:p>
    <w:p w14:paraId="45C365D4" w14:textId="41A4B299" w:rsidR="00703A3F" w:rsidRPr="00F2374C" w:rsidRDefault="00703A3F" w:rsidP="00703A3F">
      <w:pPr>
        <w:jc w:val="both"/>
        <w:rPr>
          <w:lang w:val="it-IT"/>
        </w:rPr>
      </w:pPr>
      <w:r>
        <w:rPr>
          <w:lang w:val="it-IT"/>
        </w:rPr>
        <w:t>1.</w:t>
      </w:r>
      <w:r w:rsidR="00476401">
        <w:rPr>
          <w:lang w:val="it-IT"/>
        </w:rPr>
        <w:t xml:space="preserve"> </w:t>
      </w:r>
      <w:r w:rsidR="001F5BBC" w:rsidRPr="001F5BBC">
        <w:rPr>
          <w:lang w:val="it-IT"/>
        </w:rPr>
        <w:t>Lo Skipper, nell’assumere il comando e la direzione nautica dell’unità da diporto, si impegna a rispettare – nei limiti consentiti dalle condizioni meteorologiche, dalla sicurezza della navigazione e dalla normativa vigente – le rotte e le destinazioni indicate dal Conduttore, purché coerenti con le acque territoriali ed i limiti temporali previsti dal contratto di locazione a scafo nudo dell’imbarcazione.</w:t>
      </w:r>
      <w:r w:rsidRPr="00703A3F">
        <w:rPr>
          <w:lang w:val="it-IT"/>
        </w:rPr>
        <w:t xml:space="preserve"> </w:t>
      </w:r>
    </w:p>
    <w:p w14:paraId="12025765" w14:textId="51C64EB9" w:rsidR="00476401" w:rsidRDefault="00703A3F" w:rsidP="001F5BBC">
      <w:pPr>
        <w:jc w:val="both"/>
        <w:rPr>
          <w:lang w:val="it-IT"/>
        </w:rPr>
      </w:pPr>
      <w:r>
        <w:rPr>
          <w:lang w:val="it-IT"/>
        </w:rPr>
        <w:t>2.</w:t>
      </w:r>
      <w:r w:rsidR="00476401">
        <w:rPr>
          <w:lang w:val="it-IT"/>
        </w:rPr>
        <w:t xml:space="preserve"> </w:t>
      </w:r>
      <w:r w:rsidR="001F5BBC" w:rsidRPr="001F5BBC">
        <w:rPr>
          <w:lang w:val="it-IT"/>
        </w:rPr>
        <w:t>Resta inteso che, in ogni caso, lo Skipper potrà modificare o interrompere la rotta o il programma di navigazione richiesta dal Conduttore qualora, a suo insindacabile giudizio tecnico nautico, sussistano situazioni di pericolo o condizioni che impongano una diversa condotta per la tutela dell’incolumità delle persone e dell’unità.</w:t>
      </w:r>
      <w:r w:rsidR="00476401" w:rsidRPr="00476401">
        <w:rPr>
          <w:lang w:val="it-IT"/>
        </w:rPr>
        <w:t xml:space="preserve"> </w:t>
      </w:r>
    </w:p>
    <w:p w14:paraId="5F1AAD94" w14:textId="402B220E" w:rsidR="001F5BBC" w:rsidRDefault="00476401" w:rsidP="001F5BBC">
      <w:pPr>
        <w:jc w:val="both"/>
        <w:rPr>
          <w:lang w:val="it-IT"/>
        </w:rPr>
      </w:pPr>
      <w:r>
        <w:rPr>
          <w:lang w:val="it-IT"/>
        </w:rPr>
        <w:t xml:space="preserve">3. </w:t>
      </w:r>
      <w:r w:rsidRPr="00476401">
        <w:rPr>
          <w:lang w:val="it-IT"/>
        </w:rPr>
        <w:t xml:space="preserve">Lo Skipper è </w:t>
      </w:r>
      <w:r>
        <w:rPr>
          <w:lang w:val="it-IT"/>
        </w:rPr>
        <w:t xml:space="preserve">altresì </w:t>
      </w:r>
      <w:r w:rsidRPr="00476401">
        <w:rPr>
          <w:lang w:val="it-IT"/>
        </w:rPr>
        <w:t>autorizzato a prendere decisioni autonome e vincolanti in materia di sicurezza della navigazione, anche in deroga ai programmi di viaggio inizialmente concordati.</w:t>
      </w:r>
    </w:p>
    <w:p w14:paraId="4552C84A" w14:textId="3C73C3CB" w:rsidR="007C41EE" w:rsidRDefault="00476401" w:rsidP="007C41EE">
      <w:pPr>
        <w:jc w:val="both"/>
        <w:rPr>
          <w:lang w:val="it-IT"/>
        </w:rPr>
      </w:pPr>
      <w:r>
        <w:rPr>
          <w:lang w:val="it-IT"/>
        </w:rPr>
        <w:t>4</w:t>
      </w:r>
      <w:r w:rsidR="00703A3F">
        <w:rPr>
          <w:lang w:val="it-IT"/>
        </w:rPr>
        <w:t>.</w:t>
      </w:r>
      <w:r>
        <w:rPr>
          <w:lang w:val="it-IT"/>
        </w:rPr>
        <w:t xml:space="preserve"> </w:t>
      </w:r>
      <w:r w:rsidR="00703A3F">
        <w:rPr>
          <w:lang w:val="it-IT"/>
        </w:rPr>
        <w:t xml:space="preserve">Essendosi il conduttore/armatore obbligato con il proprietario dell’imbarcazione oggetto del contratto di locazione ad affidare il comando della </w:t>
      </w:r>
      <w:proofErr w:type="gramStart"/>
      <w:r w:rsidR="00703A3F">
        <w:rPr>
          <w:lang w:val="it-IT"/>
        </w:rPr>
        <w:t>predetta</w:t>
      </w:r>
      <w:proofErr w:type="gramEnd"/>
      <w:r w:rsidR="00703A3F">
        <w:rPr>
          <w:lang w:val="it-IT"/>
        </w:rPr>
        <w:t xml:space="preserve"> unità a persona munita di titolo idoneo, lo</w:t>
      </w:r>
      <w:r w:rsidR="00BA5C6F">
        <w:rPr>
          <w:lang w:val="it-IT"/>
        </w:rPr>
        <w:t xml:space="preserve"> Skipper si obbliga a trasmettere via e-mail e/o PEC</w:t>
      </w:r>
      <w:r w:rsidR="007C41EE">
        <w:rPr>
          <w:lang w:val="it-IT"/>
        </w:rPr>
        <w:t xml:space="preserve"> </w:t>
      </w:r>
      <w:r w:rsidR="00BA5C6F">
        <w:rPr>
          <w:lang w:val="it-IT"/>
        </w:rPr>
        <w:t xml:space="preserve">comunicare al proprietario dell’imbarcazione copia del </w:t>
      </w:r>
      <w:r w:rsidR="007C41EE">
        <w:rPr>
          <w:lang w:val="it-IT"/>
        </w:rPr>
        <w:t>suo titolo professionale</w:t>
      </w:r>
    </w:p>
    <w:p w14:paraId="7C84AD07" w14:textId="5F6EE5D3" w:rsidR="00476401" w:rsidRDefault="00476401" w:rsidP="00476401">
      <w:pPr>
        <w:jc w:val="both"/>
        <w:rPr>
          <w:lang w:val="it-IT"/>
        </w:rPr>
      </w:pPr>
      <w:r>
        <w:rPr>
          <w:lang w:val="it-IT"/>
        </w:rPr>
        <w:t xml:space="preserve">5. </w:t>
      </w:r>
      <w:r w:rsidRPr="00476401">
        <w:rPr>
          <w:lang w:val="it-IT"/>
        </w:rPr>
        <w:t>Lo Skipper non assume</w:t>
      </w:r>
      <w:r>
        <w:rPr>
          <w:lang w:val="it-IT"/>
        </w:rPr>
        <w:t xml:space="preserve"> mai il ruolo</w:t>
      </w:r>
      <w:r w:rsidRPr="00476401">
        <w:rPr>
          <w:lang w:val="it-IT"/>
        </w:rPr>
        <w:t xml:space="preserve"> di armatore</w:t>
      </w:r>
      <w:r>
        <w:rPr>
          <w:lang w:val="it-IT"/>
        </w:rPr>
        <w:t xml:space="preserve"> e/o </w:t>
      </w:r>
      <w:r w:rsidRPr="00476401">
        <w:rPr>
          <w:lang w:val="it-IT"/>
        </w:rPr>
        <w:t>del locatore</w:t>
      </w:r>
      <w:r>
        <w:rPr>
          <w:lang w:val="it-IT"/>
        </w:rPr>
        <w:t xml:space="preserve"> proprietario dell’imbarcazione oggetto del contratto di locazione.</w:t>
      </w:r>
    </w:p>
    <w:p w14:paraId="20073F74" w14:textId="305179E4" w:rsidR="005071FD" w:rsidRPr="000B161B" w:rsidRDefault="00000000" w:rsidP="007C41EE">
      <w:pPr>
        <w:jc w:val="center"/>
        <w:rPr>
          <w:b/>
          <w:bCs/>
          <w:lang w:val="it-IT"/>
        </w:rPr>
      </w:pPr>
      <w:r w:rsidRPr="000B161B">
        <w:rPr>
          <w:b/>
          <w:bCs/>
          <w:lang w:val="it-IT"/>
        </w:rPr>
        <w:t xml:space="preserve">6. Obblighi del </w:t>
      </w:r>
      <w:r w:rsidR="00476401">
        <w:rPr>
          <w:b/>
          <w:bCs/>
          <w:lang w:val="it-IT"/>
        </w:rPr>
        <w:t>conduttore/armatore</w:t>
      </w:r>
    </w:p>
    <w:p w14:paraId="51C5B596" w14:textId="40BDE549" w:rsidR="000B161B" w:rsidRDefault="000B161B" w:rsidP="000B161B">
      <w:pPr>
        <w:jc w:val="both"/>
        <w:rPr>
          <w:lang w:val="it-IT"/>
        </w:rPr>
      </w:pPr>
      <w:r>
        <w:rPr>
          <w:lang w:val="it-IT"/>
        </w:rPr>
        <w:t>1.</w:t>
      </w:r>
      <w:r w:rsidR="00476401">
        <w:rPr>
          <w:lang w:val="it-IT"/>
        </w:rPr>
        <w:t xml:space="preserve"> </w:t>
      </w:r>
      <w:r w:rsidR="00000000" w:rsidRPr="00F2374C">
        <w:rPr>
          <w:lang w:val="it-IT"/>
        </w:rPr>
        <w:t xml:space="preserve">Il </w:t>
      </w:r>
      <w:r w:rsidR="007C41EE">
        <w:rPr>
          <w:lang w:val="it-IT"/>
        </w:rPr>
        <w:t xml:space="preserve">Sig. ______consegna allo Skipper copia del contratto di locazione a scafo nudo con il quale </w:t>
      </w:r>
      <w:r w:rsidR="007C41EE" w:rsidRPr="00703A3F">
        <w:rPr>
          <w:highlight w:val="yellow"/>
          <w:lang w:val="it-IT"/>
        </w:rPr>
        <w:t>la</w:t>
      </w:r>
      <w:r w:rsidR="00703A3F" w:rsidRPr="00703A3F">
        <w:rPr>
          <w:highlight w:val="yellow"/>
          <w:lang w:val="it-IT"/>
        </w:rPr>
        <w:t xml:space="preserve"> società/proprietà</w:t>
      </w:r>
      <w:r w:rsidR="00703A3F">
        <w:rPr>
          <w:lang w:val="it-IT"/>
        </w:rPr>
        <w:t xml:space="preserve"> </w:t>
      </w:r>
      <w:r w:rsidR="007C41EE">
        <w:rPr>
          <w:lang w:val="it-IT"/>
        </w:rPr>
        <w:t>ha garantito che l’</w:t>
      </w:r>
      <w:r w:rsidR="00000000" w:rsidRPr="00F2374C">
        <w:rPr>
          <w:lang w:val="it-IT"/>
        </w:rPr>
        <w:t>unità da diporto</w:t>
      </w:r>
      <w:r w:rsidR="007C41EE" w:rsidRPr="00476401">
        <w:rPr>
          <w:highlight w:val="yellow"/>
          <w:lang w:val="it-IT"/>
        </w:rPr>
        <w:t>_______</w:t>
      </w:r>
      <w:r w:rsidR="00000000" w:rsidRPr="00F2374C">
        <w:rPr>
          <w:lang w:val="it-IT"/>
        </w:rPr>
        <w:t xml:space="preserve"> </w:t>
      </w:r>
      <w:r w:rsidR="007C41EE">
        <w:rPr>
          <w:lang w:val="it-IT"/>
        </w:rPr>
        <w:t xml:space="preserve">è </w:t>
      </w:r>
      <w:r w:rsidR="00000000" w:rsidRPr="00F2374C">
        <w:rPr>
          <w:lang w:val="it-IT"/>
        </w:rPr>
        <w:t xml:space="preserve">in </w:t>
      </w:r>
      <w:r w:rsidR="007C41EE">
        <w:rPr>
          <w:lang w:val="it-IT"/>
        </w:rPr>
        <w:t xml:space="preserve">perfette </w:t>
      </w:r>
      <w:r w:rsidR="00000000" w:rsidRPr="00F2374C">
        <w:rPr>
          <w:lang w:val="it-IT"/>
        </w:rPr>
        <w:t xml:space="preserve">condizioni di navigabilità </w:t>
      </w:r>
      <w:r w:rsidR="007C41EE">
        <w:rPr>
          <w:lang w:val="it-IT"/>
        </w:rPr>
        <w:t xml:space="preserve">e munita di </w:t>
      </w:r>
      <w:r w:rsidR="00000000" w:rsidRPr="00F2374C">
        <w:rPr>
          <w:lang w:val="it-IT"/>
        </w:rPr>
        <w:t>tutta la documentazione necessaria ai fini d</w:t>
      </w:r>
      <w:r w:rsidR="007C41EE">
        <w:rPr>
          <w:lang w:val="it-IT"/>
        </w:rPr>
        <w:t xml:space="preserve">i una </w:t>
      </w:r>
      <w:r w:rsidR="00000000" w:rsidRPr="00F2374C">
        <w:rPr>
          <w:lang w:val="it-IT"/>
        </w:rPr>
        <w:t>navigazione</w:t>
      </w:r>
      <w:r w:rsidR="007C41EE">
        <w:rPr>
          <w:lang w:val="it-IT"/>
        </w:rPr>
        <w:t xml:space="preserve"> sicura</w:t>
      </w:r>
      <w:r w:rsidR="00000000" w:rsidRPr="00F2374C">
        <w:rPr>
          <w:lang w:val="it-IT"/>
        </w:rPr>
        <w:t xml:space="preserve"> e dell’espletamento dell’incarico.</w:t>
      </w:r>
      <w:r w:rsidRPr="000B161B">
        <w:rPr>
          <w:lang w:val="it-IT"/>
        </w:rPr>
        <w:t xml:space="preserve"> </w:t>
      </w:r>
    </w:p>
    <w:p w14:paraId="4C4E1D28" w14:textId="501209F8" w:rsidR="000B161B" w:rsidRPr="00F2374C" w:rsidRDefault="000B161B" w:rsidP="000B161B">
      <w:pPr>
        <w:jc w:val="both"/>
        <w:rPr>
          <w:lang w:val="it-IT"/>
        </w:rPr>
      </w:pPr>
      <w:r>
        <w:rPr>
          <w:lang w:val="it-IT"/>
        </w:rPr>
        <w:t>2.</w:t>
      </w:r>
      <w:r w:rsidR="00476401">
        <w:rPr>
          <w:lang w:val="it-IT"/>
        </w:rPr>
        <w:t xml:space="preserve"> </w:t>
      </w:r>
      <w:r w:rsidRPr="000B161B">
        <w:rPr>
          <w:lang w:val="it-IT"/>
        </w:rPr>
        <w:t>Il Conduttore</w:t>
      </w:r>
      <w:r>
        <w:rPr>
          <w:lang w:val="it-IT"/>
        </w:rPr>
        <w:t>/Armatore</w:t>
      </w:r>
      <w:r w:rsidRPr="000B161B">
        <w:rPr>
          <w:lang w:val="it-IT"/>
        </w:rPr>
        <w:t xml:space="preserve"> si impegna a rispettare le indicazioni dello Skipper durante la navigazione e manovre, esonerandolo da responsabilità per danni o conseguenze derivanti da comportamenti propri o dei passeggeri contrari alle norme o alle istruzioni ricevute.</w:t>
      </w:r>
    </w:p>
    <w:p w14:paraId="03161535" w14:textId="77777777" w:rsidR="00A66982" w:rsidRDefault="00A66982" w:rsidP="000B161B">
      <w:pPr>
        <w:jc w:val="center"/>
        <w:rPr>
          <w:b/>
          <w:bCs/>
          <w:lang w:val="it-IT"/>
        </w:rPr>
      </w:pPr>
    </w:p>
    <w:p w14:paraId="6875D5FC" w14:textId="77777777" w:rsidR="00A66982" w:rsidRDefault="00A66982" w:rsidP="000B161B">
      <w:pPr>
        <w:jc w:val="center"/>
        <w:rPr>
          <w:b/>
          <w:bCs/>
          <w:lang w:val="it-IT"/>
        </w:rPr>
      </w:pPr>
    </w:p>
    <w:p w14:paraId="3E313477" w14:textId="772A7B35" w:rsidR="000B161B" w:rsidRPr="000B161B" w:rsidRDefault="000B161B" w:rsidP="000B161B">
      <w:pPr>
        <w:jc w:val="center"/>
        <w:rPr>
          <w:b/>
          <w:bCs/>
          <w:lang w:val="it-IT"/>
        </w:rPr>
      </w:pPr>
      <w:r w:rsidRPr="000B161B">
        <w:rPr>
          <w:b/>
          <w:bCs/>
          <w:lang w:val="it-IT"/>
        </w:rPr>
        <w:lastRenderedPageBreak/>
        <w:t>7</w:t>
      </w:r>
      <w:r w:rsidR="00A66982">
        <w:rPr>
          <w:b/>
          <w:bCs/>
          <w:lang w:val="it-IT"/>
        </w:rPr>
        <w:t>.</w:t>
      </w:r>
      <w:r w:rsidRPr="000B161B">
        <w:rPr>
          <w:b/>
          <w:bCs/>
          <w:lang w:val="it-IT"/>
        </w:rPr>
        <w:t xml:space="preserve"> Assicurazione e responsabilità</w:t>
      </w:r>
    </w:p>
    <w:p w14:paraId="00B695C5" w14:textId="218A5345" w:rsidR="000B161B" w:rsidRPr="000B161B" w:rsidRDefault="00476401" w:rsidP="000B161B">
      <w:pPr>
        <w:jc w:val="both"/>
        <w:rPr>
          <w:lang w:val="it-IT"/>
        </w:rPr>
      </w:pPr>
      <w:r>
        <w:rPr>
          <w:lang w:val="it-IT"/>
        </w:rPr>
        <w:t>1. L</w:t>
      </w:r>
      <w:r w:rsidR="000B161B" w:rsidRPr="000B161B">
        <w:rPr>
          <w:lang w:val="it-IT"/>
        </w:rPr>
        <w:t xml:space="preserve">’imbarcazione </w:t>
      </w:r>
      <w:r>
        <w:rPr>
          <w:lang w:val="it-IT"/>
        </w:rPr>
        <w:t xml:space="preserve">oggetto del contratto di locazione a scafo nudo </w:t>
      </w:r>
      <w:r w:rsidR="000B161B" w:rsidRPr="000B161B">
        <w:rPr>
          <w:lang w:val="it-IT"/>
        </w:rPr>
        <w:t>è coperta da polizza assicurativa per la responsabilità civile verso terzi e passeggeri, valida per il periodo di locazione</w:t>
      </w:r>
      <w:r>
        <w:rPr>
          <w:lang w:val="it-IT"/>
        </w:rPr>
        <w:t xml:space="preserve"> e da assicurazione corpo e macchia (</w:t>
      </w:r>
      <w:proofErr w:type="spellStart"/>
      <w:r>
        <w:rPr>
          <w:lang w:val="it-IT"/>
        </w:rPr>
        <w:t>All.ti</w:t>
      </w:r>
      <w:proofErr w:type="spellEnd"/>
      <w:r>
        <w:rPr>
          <w:lang w:val="it-IT"/>
        </w:rPr>
        <w:t xml:space="preserve"> 4-5)</w:t>
      </w:r>
    </w:p>
    <w:p w14:paraId="46173412" w14:textId="5D255A45" w:rsidR="000B161B" w:rsidRDefault="00476401" w:rsidP="00476401">
      <w:pPr>
        <w:jc w:val="both"/>
        <w:rPr>
          <w:lang w:val="it-IT"/>
        </w:rPr>
      </w:pPr>
      <w:r>
        <w:rPr>
          <w:lang w:val="it-IT"/>
        </w:rPr>
        <w:t xml:space="preserve">2. </w:t>
      </w:r>
      <w:r w:rsidR="000B161B" w:rsidRPr="000B161B">
        <w:rPr>
          <w:lang w:val="it-IT"/>
        </w:rPr>
        <w:t>Lo Skipper dichiara di essere in possesso di polizza di responsabilità professionale, numero _________, stipulata con la compagnia ________________, valida fino al ____________</w:t>
      </w:r>
      <w:r>
        <w:rPr>
          <w:lang w:val="it-IT"/>
        </w:rPr>
        <w:t xml:space="preserve"> (</w:t>
      </w:r>
      <w:r w:rsidRPr="00556B12">
        <w:rPr>
          <w:b/>
          <w:bCs/>
          <w:lang w:val="it-IT"/>
        </w:rPr>
        <w:t>All.6</w:t>
      </w:r>
      <w:r>
        <w:rPr>
          <w:lang w:val="it-IT"/>
        </w:rPr>
        <w:t>)</w:t>
      </w:r>
    </w:p>
    <w:p w14:paraId="64BF57C6" w14:textId="7F72C01B" w:rsidR="00666AA1" w:rsidRPr="00666AA1" w:rsidRDefault="00666AA1" w:rsidP="00666AA1">
      <w:pPr>
        <w:jc w:val="both"/>
        <w:rPr>
          <w:lang w:val="it-IT"/>
        </w:rPr>
      </w:pPr>
      <w:r>
        <w:rPr>
          <w:lang w:val="it-IT"/>
        </w:rPr>
        <w:t>3.</w:t>
      </w:r>
      <w:r w:rsidRPr="00666AA1">
        <w:rPr>
          <w:lang w:val="it-IT"/>
        </w:rPr>
        <w:t>Lo Skipper assume la responsabilità esclusivamente in relazione alla condotta nautica dell’imbarcazione, per il periodo di durata dell’incarico, e si obbliga a svolgere le proprie funzioni con la diligenza richiesta dalla natura dell’attività professionale, nel rispetto delle norme del Codice della Navigazione, del Codice della Nautica da Diporto e della normativa di sicurezza applicabile.</w:t>
      </w:r>
    </w:p>
    <w:p w14:paraId="15209A12" w14:textId="008644C6" w:rsidR="00666AA1" w:rsidRPr="00666AA1" w:rsidRDefault="00666AA1" w:rsidP="00666AA1">
      <w:pPr>
        <w:jc w:val="both"/>
        <w:rPr>
          <w:lang w:val="it-IT"/>
        </w:rPr>
      </w:pPr>
      <w:r>
        <w:rPr>
          <w:lang w:val="it-IT"/>
        </w:rPr>
        <w:t>4.</w:t>
      </w:r>
      <w:r w:rsidRPr="00666AA1">
        <w:rPr>
          <w:lang w:val="it-IT"/>
        </w:rPr>
        <w:t>Lo Skipper non potrà essere ritenuto responsabile per danni a persone o cose, malfunzionamenti dell’imbarcazione, sinistri o infortuni occorsi durante la navigazione o la permanenza a bordo, quando tali eventi non siano direttamente riconducibili a sua colpa grave o dolo, né per eventi derivanti da:</w:t>
      </w:r>
    </w:p>
    <w:p w14:paraId="4819F75B" w14:textId="77777777" w:rsidR="00666AA1" w:rsidRPr="00666AA1" w:rsidRDefault="00666AA1" w:rsidP="00666AA1">
      <w:pPr>
        <w:pStyle w:val="Paragrafoelenco"/>
        <w:numPr>
          <w:ilvl w:val="0"/>
          <w:numId w:val="13"/>
        </w:numPr>
        <w:jc w:val="both"/>
        <w:rPr>
          <w:lang w:val="it-IT"/>
        </w:rPr>
      </w:pPr>
      <w:r w:rsidRPr="00666AA1">
        <w:rPr>
          <w:lang w:val="it-IT"/>
        </w:rPr>
        <w:t>avarie preesistenti o sopravvenute dell’imbarcazione non imputabili a sua condotta negligente;</w:t>
      </w:r>
    </w:p>
    <w:p w14:paraId="742D9621" w14:textId="77777777" w:rsidR="00666AA1" w:rsidRPr="00666AA1" w:rsidRDefault="00666AA1" w:rsidP="00666AA1">
      <w:pPr>
        <w:pStyle w:val="Paragrafoelenco"/>
        <w:numPr>
          <w:ilvl w:val="0"/>
          <w:numId w:val="13"/>
        </w:numPr>
        <w:jc w:val="both"/>
        <w:rPr>
          <w:lang w:val="it-IT"/>
        </w:rPr>
      </w:pPr>
      <w:r w:rsidRPr="00666AA1">
        <w:rPr>
          <w:lang w:val="it-IT"/>
        </w:rPr>
        <w:t>condizioni meteo-marine imprevedibili o straordinarie;</w:t>
      </w:r>
    </w:p>
    <w:p w14:paraId="5FE92958" w14:textId="77777777" w:rsidR="00666AA1" w:rsidRPr="00666AA1" w:rsidRDefault="00666AA1" w:rsidP="00666AA1">
      <w:pPr>
        <w:pStyle w:val="Paragrafoelenco"/>
        <w:numPr>
          <w:ilvl w:val="0"/>
          <w:numId w:val="13"/>
        </w:numPr>
        <w:jc w:val="both"/>
        <w:rPr>
          <w:lang w:val="it-IT"/>
        </w:rPr>
      </w:pPr>
      <w:r w:rsidRPr="00666AA1">
        <w:rPr>
          <w:lang w:val="it-IT"/>
        </w:rPr>
        <w:t>comportamenti, omissioni o imprudenze del Conduttore o dei passeggeri contrari alle istruzioni impartite;</w:t>
      </w:r>
    </w:p>
    <w:p w14:paraId="593EED84" w14:textId="77777777" w:rsidR="00666AA1" w:rsidRPr="00666AA1" w:rsidRDefault="00666AA1" w:rsidP="00666AA1">
      <w:pPr>
        <w:pStyle w:val="Paragrafoelenco"/>
        <w:numPr>
          <w:ilvl w:val="0"/>
          <w:numId w:val="13"/>
        </w:numPr>
        <w:jc w:val="both"/>
        <w:rPr>
          <w:lang w:val="it-IT"/>
        </w:rPr>
      </w:pPr>
      <w:r w:rsidRPr="00666AA1">
        <w:rPr>
          <w:lang w:val="it-IT"/>
        </w:rPr>
        <w:t>obbligazioni contrattuali assunte dal Conduttore nei confronti della società di charter o di terzi.</w:t>
      </w:r>
    </w:p>
    <w:p w14:paraId="3BE38CA0" w14:textId="0B11B940" w:rsidR="00666AA1" w:rsidRPr="000B161B" w:rsidRDefault="00666AA1" w:rsidP="00666AA1">
      <w:pPr>
        <w:jc w:val="both"/>
        <w:rPr>
          <w:lang w:val="it-IT"/>
        </w:rPr>
      </w:pPr>
      <w:r>
        <w:rPr>
          <w:lang w:val="it-IT"/>
        </w:rPr>
        <w:t>5.</w:t>
      </w:r>
      <w:r w:rsidRPr="00666AA1">
        <w:rPr>
          <w:lang w:val="it-IT"/>
        </w:rPr>
        <w:t>In ogni caso, il Conduttore si impegna a manlevare e tenere indenne lo Skipper da qualunque pretesa, azione o richiesta di risarcimento avanzata da terzi o da passeggeri per eventi non imputabili a condotta dolosa o gravemente colposa dello Skipper stesso.</w:t>
      </w:r>
    </w:p>
    <w:p w14:paraId="7ABB0D51" w14:textId="3CC8C093" w:rsidR="005071FD" w:rsidRPr="00556B12" w:rsidRDefault="00476401" w:rsidP="00556B12">
      <w:pPr>
        <w:jc w:val="center"/>
        <w:rPr>
          <w:b/>
          <w:bCs/>
          <w:lang w:val="it-IT"/>
        </w:rPr>
      </w:pPr>
      <w:r w:rsidRPr="00556B12">
        <w:rPr>
          <w:b/>
          <w:bCs/>
          <w:lang w:val="it-IT"/>
        </w:rPr>
        <w:t>8</w:t>
      </w:r>
      <w:r w:rsidR="00000000" w:rsidRPr="00556B12">
        <w:rPr>
          <w:b/>
          <w:bCs/>
          <w:lang w:val="it-IT"/>
        </w:rPr>
        <w:t>. Foro competente</w:t>
      </w:r>
    </w:p>
    <w:p w14:paraId="74FADD86" w14:textId="6040655C" w:rsidR="005071FD" w:rsidRPr="00F2374C" w:rsidRDefault="00A66982">
      <w:pPr>
        <w:rPr>
          <w:lang w:val="it-IT"/>
        </w:rPr>
      </w:pPr>
      <w:r>
        <w:rPr>
          <w:lang w:val="it-IT"/>
        </w:rPr>
        <w:t>1.</w:t>
      </w:r>
      <w:r w:rsidR="00000000" w:rsidRPr="00F2374C">
        <w:rPr>
          <w:lang w:val="it-IT"/>
        </w:rPr>
        <w:t xml:space="preserve">Per ogni controversia relativa all’interpretazione o esecuzione del presente contratto sarà competente in via esclusiva il Foro del luogo di </w:t>
      </w:r>
      <w:r w:rsidR="00476401">
        <w:rPr>
          <w:lang w:val="it-IT"/>
        </w:rPr>
        <w:t>___________________________</w:t>
      </w:r>
      <w:r>
        <w:rPr>
          <w:lang w:val="it-IT"/>
        </w:rPr>
        <w:t>.</w:t>
      </w:r>
      <w:r w:rsidR="00476401">
        <w:rPr>
          <w:lang w:val="it-IT"/>
        </w:rPr>
        <w:t xml:space="preserve"> </w:t>
      </w:r>
    </w:p>
    <w:p w14:paraId="446D8416" w14:textId="4CCCCE2C" w:rsidR="00A66982" w:rsidRPr="00A66982" w:rsidRDefault="00A66982" w:rsidP="00A66982">
      <w:pPr>
        <w:jc w:val="center"/>
        <w:rPr>
          <w:b/>
          <w:bCs/>
          <w:lang w:val="it-IT"/>
        </w:rPr>
      </w:pPr>
      <w:r w:rsidRPr="00A66982">
        <w:rPr>
          <w:lang w:val="it-IT"/>
        </w:rPr>
        <w:t xml:space="preserve"> </w:t>
      </w:r>
      <w:r w:rsidRPr="00A66982">
        <w:rPr>
          <w:b/>
          <w:bCs/>
          <w:lang w:val="it-IT"/>
        </w:rPr>
        <w:t>9</w:t>
      </w:r>
      <w:r w:rsidRPr="00A66982">
        <w:rPr>
          <w:b/>
          <w:bCs/>
          <w:lang w:val="it-IT"/>
        </w:rPr>
        <w:t>.</w:t>
      </w:r>
      <w:r w:rsidRPr="00A66982">
        <w:rPr>
          <w:b/>
          <w:bCs/>
          <w:lang w:val="it-IT"/>
        </w:rPr>
        <w:t xml:space="preserve"> Disposizioni finali</w:t>
      </w:r>
    </w:p>
    <w:p w14:paraId="38711F27" w14:textId="07DAADB1" w:rsidR="00A66982" w:rsidRPr="00A66982" w:rsidRDefault="00A66982" w:rsidP="00A66982">
      <w:pPr>
        <w:jc w:val="both"/>
        <w:rPr>
          <w:lang w:val="it-IT"/>
        </w:rPr>
      </w:pPr>
      <w:r>
        <w:rPr>
          <w:lang w:val="it-IT"/>
        </w:rPr>
        <w:t xml:space="preserve">1. </w:t>
      </w:r>
      <w:r w:rsidRPr="00A66982">
        <w:rPr>
          <w:lang w:val="it-IT"/>
        </w:rPr>
        <w:t xml:space="preserve">Il presente contratto </w:t>
      </w:r>
      <w:r w:rsidR="00666AA1">
        <w:rPr>
          <w:lang w:val="it-IT"/>
        </w:rPr>
        <w:t xml:space="preserve">consta di 5 pagine ed </w:t>
      </w:r>
      <w:r w:rsidRPr="00A66982">
        <w:rPr>
          <w:lang w:val="it-IT"/>
        </w:rPr>
        <w:t>è redatto in duplice originale, uno per ciascuna parte.</w:t>
      </w:r>
    </w:p>
    <w:p w14:paraId="6E410C46" w14:textId="29BE18D0" w:rsidR="00A66982" w:rsidRDefault="00A66982" w:rsidP="00A66982">
      <w:pPr>
        <w:jc w:val="both"/>
        <w:rPr>
          <w:lang w:val="it-IT"/>
        </w:rPr>
      </w:pPr>
      <w:r>
        <w:rPr>
          <w:lang w:val="it-IT"/>
        </w:rPr>
        <w:lastRenderedPageBreak/>
        <w:t xml:space="preserve">2. </w:t>
      </w:r>
      <w:r w:rsidRPr="00A66982">
        <w:rPr>
          <w:lang w:val="it-IT"/>
        </w:rPr>
        <w:t>Le parti dichiarano di aver letto, compreso e accettato ogni clausola del presente atto, e di sottoscriverlo previa piena consapevolezza degli effetti giuridici.</w:t>
      </w:r>
    </w:p>
    <w:p w14:paraId="57115CAF" w14:textId="5080DE21" w:rsidR="005071FD" w:rsidRDefault="00A66982">
      <w:pPr>
        <w:rPr>
          <w:lang w:val="it-IT"/>
        </w:rPr>
      </w:pPr>
      <w:r>
        <w:rPr>
          <w:lang w:val="it-IT"/>
        </w:rPr>
        <w:t>Si allegano:</w:t>
      </w:r>
    </w:p>
    <w:p w14:paraId="483AA1E8" w14:textId="50D9C936" w:rsidR="00A66982" w:rsidRDefault="00A66982" w:rsidP="00A66982">
      <w:pPr>
        <w:pStyle w:val="Paragrafoelenco"/>
        <w:numPr>
          <w:ilvl w:val="0"/>
          <w:numId w:val="12"/>
        </w:numPr>
        <w:rPr>
          <w:lang w:val="it-IT"/>
        </w:rPr>
      </w:pPr>
      <w:r>
        <w:rPr>
          <w:lang w:val="it-IT"/>
        </w:rPr>
        <w:t>Contratto di Locazione a Scafo Nudo sottoscritto in data</w:t>
      </w:r>
    </w:p>
    <w:p w14:paraId="47376B72" w14:textId="6F39869A" w:rsidR="00A66982" w:rsidRDefault="00A66982" w:rsidP="00A66982">
      <w:pPr>
        <w:pStyle w:val="Paragrafoelenco"/>
        <w:numPr>
          <w:ilvl w:val="0"/>
          <w:numId w:val="12"/>
        </w:numPr>
        <w:rPr>
          <w:lang w:val="it-IT"/>
        </w:rPr>
      </w:pPr>
      <w:r>
        <w:rPr>
          <w:lang w:val="it-IT"/>
        </w:rPr>
        <w:t>Licenza unità________</w:t>
      </w:r>
    </w:p>
    <w:p w14:paraId="18355DDE" w14:textId="49B6A967" w:rsidR="00A66982" w:rsidRDefault="00A66982" w:rsidP="00A66982">
      <w:pPr>
        <w:pStyle w:val="Paragrafoelenco"/>
        <w:numPr>
          <w:ilvl w:val="0"/>
          <w:numId w:val="12"/>
        </w:numPr>
        <w:rPr>
          <w:lang w:val="it-IT"/>
        </w:rPr>
      </w:pPr>
      <w:r>
        <w:rPr>
          <w:lang w:val="it-IT"/>
        </w:rPr>
        <w:t>Titolo Skipper</w:t>
      </w:r>
    </w:p>
    <w:p w14:paraId="7BFDCDA4" w14:textId="1129B951" w:rsidR="00A66982" w:rsidRDefault="00A66982" w:rsidP="00A66982">
      <w:pPr>
        <w:pStyle w:val="Paragrafoelenco"/>
        <w:numPr>
          <w:ilvl w:val="0"/>
          <w:numId w:val="12"/>
        </w:numPr>
        <w:rPr>
          <w:lang w:val="it-IT"/>
        </w:rPr>
      </w:pPr>
      <w:r>
        <w:rPr>
          <w:lang w:val="it-IT"/>
        </w:rPr>
        <w:t>Polizza RC imbarcazione_____</w:t>
      </w:r>
    </w:p>
    <w:p w14:paraId="7380F55E" w14:textId="705A6CC6" w:rsidR="00A66982" w:rsidRDefault="00A66982" w:rsidP="00A66982">
      <w:pPr>
        <w:pStyle w:val="Paragrafoelenco"/>
        <w:numPr>
          <w:ilvl w:val="0"/>
          <w:numId w:val="12"/>
        </w:numPr>
        <w:rPr>
          <w:lang w:val="it-IT"/>
        </w:rPr>
      </w:pPr>
      <w:r>
        <w:rPr>
          <w:lang w:val="it-IT"/>
        </w:rPr>
        <w:t>Polizza Corpo (o Corpo e Macchina) imbarcazione___-</w:t>
      </w:r>
    </w:p>
    <w:p w14:paraId="5B03728A" w14:textId="65506E0B" w:rsidR="00A66982" w:rsidRPr="00A66982" w:rsidRDefault="00A66982" w:rsidP="00A66982">
      <w:pPr>
        <w:pStyle w:val="Paragrafoelenco"/>
        <w:numPr>
          <w:ilvl w:val="0"/>
          <w:numId w:val="12"/>
        </w:numPr>
        <w:rPr>
          <w:lang w:val="it-IT"/>
        </w:rPr>
      </w:pPr>
      <w:r>
        <w:rPr>
          <w:lang w:val="it-IT"/>
        </w:rPr>
        <w:t>Polizza RC Professionale Skipper</w:t>
      </w:r>
    </w:p>
    <w:p w14:paraId="501D7AEB" w14:textId="4098FCCF" w:rsidR="005071FD" w:rsidRPr="00F2374C" w:rsidRDefault="00000000">
      <w:pPr>
        <w:rPr>
          <w:lang w:val="it-IT"/>
        </w:rPr>
      </w:pPr>
      <w:r w:rsidRPr="00F2374C">
        <w:rPr>
          <w:lang w:val="it-IT"/>
        </w:rPr>
        <w:t>Letto, confermato e sottoscritto.</w:t>
      </w:r>
    </w:p>
    <w:p w14:paraId="16015EF1" w14:textId="77777777" w:rsidR="005071FD" w:rsidRPr="00F2374C" w:rsidRDefault="005071FD">
      <w:pPr>
        <w:rPr>
          <w:lang w:val="it-IT"/>
        </w:rPr>
      </w:pPr>
    </w:p>
    <w:p w14:paraId="4DA407A9" w14:textId="77777777" w:rsidR="005071FD" w:rsidRPr="00F2374C" w:rsidRDefault="00000000">
      <w:pPr>
        <w:rPr>
          <w:lang w:val="it-IT"/>
        </w:rPr>
      </w:pPr>
      <w:r w:rsidRPr="00F2374C">
        <w:rPr>
          <w:lang w:val="it-IT"/>
        </w:rPr>
        <w:t>Luogo e data __________________________</w:t>
      </w:r>
    </w:p>
    <w:p w14:paraId="28C6BC82" w14:textId="77777777" w:rsidR="005071FD" w:rsidRPr="00F2374C" w:rsidRDefault="005071FD">
      <w:pPr>
        <w:rPr>
          <w:lang w:val="it-IT"/>
        </w:rPr>
      </w:pPr>
    </w:p>
    <w:p w14:paraId="6B3A8018" w14:textId="4CD0E8B2" w:rsidR="005071FD" w:rsidRPr="00A66982" w:rsidRDefault="00000000">
      <w:pPr>
        <w:rPr>
          <w:lang w:val="it-IT"/>
        </w:rPr>
      </w:pPr>
      <w:r w:rsidRPr="00A66982">
        <w:rPr>
          <w:lang w:val="it-IT"/>
        </w:rPr>
        <w:t>Il Co</w:t>
      </w:r>
      <w:r w:rsidR="00A66982" w:rsidRPr="00A66982">
        <w:rPr>
          <w:lang w:val="it-IT"/>
        </w:rPr>
        <w:t>nduttore/Armatore</w:t>
      </w:r>
      <w:r w:rsidRPr="00A66982">
        <w:rPr>
          <w:lang w:val="it-IT"/>
        </w:rPr>
        <w:tab/>
      </w:r>
      <w:r w:rsidRPr="00A66982">
        <w:rPr>
          <w:lang w:val="it-IT"/>
        </w:rPr>
        <w:tab/>
      </w:r>
      <w:r w:rsidRPr="00A66982">
        <w:rPr>
          <w:lang w:val="it-IT"/>
        </w:rPr>
        <w:tab/>
      </w:r>
      <w:r w:rsidRPr="00A66982">
        <w:rPr>
          <w:lang w:val="it-IT"/>
        </w:rPr>
        <w:tab/>
      </w:r>
      <w:r w:rsidRPr="00A66982">
        <w:rPr>
          <w:lang w:val="it-IT"/>
        </w:rPr>
        <w:tab/>
      </w:r>
      <w:r w:rsidR="00A66982">
        <w:rPr>
          <w:lang w:val="it-IT"/>
        </w:rPr>
        <w:t>Lo Skipper</w:t>
      </w:r>
    </w:p>
    <w:p w14:paraId="3E5113C0" w14:textId="77777777" w:rsidR="005071FD" w:rsidRPr="00A66982" w:rsidRDefault="00000000">
      <w:pPr>
        <w:rPr>
          <w:lang w:val="it-IT"/>
        </w:rPr>
      </w:pPr>
      <w:r w:rsidRPr="00A66982">
        <w:rPr>
          <w:lang w:val="it-IT"/>
        </w:rPr>
        <w:t>________________________</w:t>
      </w:r>
      <w:r w:rsidRPr="00A66982">
        <w:rPr>
          <w:lang w:val="it-IT"/>
        </w:rPr>
        <w:tab/>
      </w:r>
      <w:r w:rsidRPr="00A66982">
        <w:rPr>
          <w:lang w:val="it-IT"/>
        </w:rPr>
        <w:tab/>
      </w:r>
      <w:r w:rsidRPr="00A66982">
        <w:rPr>
          <w:lang w:val="it-IT"/>
        </w:rPr>
        <w:tab/>
        <w:t>________________________</w:t>
      </w:r>
    </w:p>
    <w:p w14:paraId="7B0F6863" w14:textId="33C59033" w:rsidR="00A66982" w:rsidRPr="00556B12" w:rsidRDefault="00556B12">
      <w:pPr>
        <w:rPr>
          <w:lang w:val="it-IT"/>
        </w:rPr>
      </w:pPr>
      <w:r w:rsidRPr="00556B12">
        <w:rPr>
          <w:lang w:val="it-IT"/>
        </w:rPr>
        <w:t>Ai sensi degli artt. 1341 e 1342 C.C. IV libro, il titolo, il capo, I sezione, il sottoscritto dichiara espressamente di aver preso visione e di approvare le clausole di cui a</w:t>
      </w:r>
      <w:r w:rsidR="00A66982">
        <w:rPr>
          <w:lang w:val="it-IT"/>
        </w:rPr>
        <w:t>gli articoli</w:t>
      </w:r>
      <w:r w:rsidRPr="00556B12">
        <w:rPr>
          <w:lang w:val="it-IT"/>
        </w:rPr>
        <w:t xml:space="preserve"> punti </w:t>
      </w:r>
      <w:r>
        <w:rPr>
          <w:lang w:val="it-IT"/>
        </w:rPr>
        <w:t>1</w:t>
      </w:r>
      <w:proofErr w:type="gramStart"/>
      <w:r w:rsidRPr="00556B12">
        <w:rPr>
          <w:lang w:val="it-IT"/>
        </w:rPr>
        <w:t>) ;</w:t>
      </w:r>
      <w:proofErr w:type="gramEnd"/>
      <w:r w:rsidRPr="00556B12">
        <w:rPr>
          <w:lang w:val="it-IT"/>
        </w:rPr>
        <w:t xml:space="preserve"> </w:t>
      </w:r>
      <w:r>
        <w:rPr>
          <w:lang w:val="it-IT"/>
        </w:rPr>
        <w:t>2</w:t>
      </w:r>
      <w:r w:rsidRPr="00556B12">
        <w:rPr>
          <w:lang w:val="it-IT"/>
        </w:rPr>
        <w:t>)</w:t>
      </w:r>
      <w:r w:rsidR="00A66982">
        <w:rPr>
          <w:lang w:val="it-IT"/>
        </w:rPr>
        <w:t>,</w:t>
      </w:r>
      <w:r w:rsidRPr="00556B12">
        <w:rPr>
          <w:lang w:val="it-IT"/>
        </w:rPr>
        <w:t xml:space="preserve"> </w:t>
      </w:r>
      <w:r>
        <w:rPr>
          <w:lang w:val="it-IT"/>
        </w:rPr>
        <w:t>3</w:t>
      </w:r>
      <w:r w:rsidRPr="00556B12">
        <w:rPr>
          <w:lang w:val="it-IT"/>
        </w:rPr>
        <w:t>)</w:t>
      </w:r>
      <w:r w:rsidR="00A66982">
        <w:rPr>
          <w:lang w:val="it-IT"/>
        </w:rPr>
        <w:t>, 4),</w:t>
      </w:r>
      <w:r w:rsidRPr="00556B12">
        <w:rPr>
          <w:lang w:val="it-IT"/>
        </w:rPr>
        <w:t xml:space="preserve"> 5)</w:t>
      </w:r>
      <w:r w:rsidR="00A66982">
        <w:rPr>
          <w:lang w:val="it-IT"/>
        </w:rPr>
        <w:t>,</w:t>
      </w:r>
      <w:r w:rsidRPr="00556B12">
        <w:rPr>
          <w:lang w:val="it-IT"/>
        </w:rPr>
        <w:t xml:space="preserve"> 6)</w:t>
      </w:r>
      <w:r w:rsidR="00A66982">
        <w:rPr>
          <w:lang w:val="it-IT"/>
        </w:rPr>
        <w:t>,</w:t>
      </w:r>
      <w:r w:rsidRPr="00556B12">
        <w:rPr>
          <w:lang w:val="it-IT"/>
        </w:rPr>
        <w:t xml:space="preserve"> 7)</w:t>
      </w:r>
      <w:r w:rsidR="00A66982">
        <w:rPr>
          <w:lang w:val="it-IT"/>
        </w:rPr>
        <w:t>,</w:t>
      </w:r>
      <w:r w:rsidRPr="00556B12">
        <w:rPr>
          <w:lang w:val="it-IT"/>
        </w:rPr>
        <w:t xml:space="preserve"> 8)</w:t>
      </w:r>
      <w:r w:rsidR="00A66982">
        <w:rPr>
          <w:lang w:val="it-IT"/>
        </w:rPr>
        <w:t>.</w:t>
      </w:r>
      <w:r w:rsidRPr="00556B12">
        <w:rPr>
          <w:lang w:val="it-IT"/>
        </w:rPr>
        <w:t xml:space="preserve"> </w:t>
      </w:r>
    </w:p>
    <w:sectPr w:rsidR="00A66982" w:rsidRPr="00556B12" w:rsidSect="00034616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52B5A" w14:textId="77777777" w:rsidR="00A608B4" w:rsidRDefault="00A608B4" w:rsidP="00666AA1">
      <w:pPr>
        <w:spacing w:after="0" w:line="240" w:lineRule="auto"/>
      </w:pPr>
      <w:r>
        <w:separator/>
      </w:r>
    </w:p>
  </w:endnote>
  <w:endnote w:type="continuationSeparator" w:id="0">
    <w:p w14:paraId="74899366" w14:textId="77777777" w:rsidR="00A608B4" w:rsidRDefault="00A608B4" w:rsidP="00666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</w:rPr>
      <w:id w:val="143019219"/>
      <w:docPartObj>
        <w:docPartGallery w:val="Page Numbers (Bottom of Page)"/>
        <w:docPartUnique/>
      </w:docPartObj>
    </w:sdtPr>
    <w:sdtContent>
      <w:sdt>
        <w:sdtPr>
          <w:rPr>
            <w:rFonts w:asciiTheme="majorHAnsi" w:eastAsiaTheme="majorEastAsia" w:hAnsiTheme="majorHAnsi" w:cstheme="majorBidi"/>
          </w:rPr>
          <w:id w:val="1806425445"/>
        </w:sdtPr>
        <w:sdtContent>
          <w:p w14:paraId="435A31ED" w14:textId="42432377" w:rsidR="00666AA1" w:rsidRDefault="00666AA1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9C45DD5" wp14:editId="2F298A2C">
                      <wp:simplePos x="0" y="0"/>
                      <wp:positionH relativeFrom="margin">
                        <wp:align>center</wp:align>
                      </wp:positionH>
                      <wp:positionV relativeFrom="bottomMargin">
                        <wp:align>center</wp:align>
                      </wp:positionV>
                      <wp:extent cx="626745" cy="626745"/>
                      <wp:effectExtent l="0" t="0" r="1905" b="1905"/>
                      <wp:wrapNone/>
                      <wp:docPr id="359840925" name="Ova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745" cy="6267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618B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D5086B9" w14:textId="77777777" w:rsidR="00666AA1" w:rsidRDefault="00666AA1">
                                  <w:pPr>
                                    <w:pStyle w:val="Pidipagina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fldChar w:fldCharType="begin"/>
                                  </w:r>
                                  <w:r>
                                    <w:instrText>PAGE    \* MERGEFORMAT</w:instrText>
                                  </w:r>
                                  <w:r>
                                    <w:rPr>
                                      <w:sz w:val="22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  <w:lang w:val="it-IT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C45DD5" id="Ovale 1" o:spid="_x0000_s1026" style="position:absolute;margin-left:0;margin-top:0;width:49.35pt;height:49.3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" fillcolor="#40618b" stroked="f">
                      <v:textbox>
                        <w:txbxContent>
                          <w:p w14:paraId="6D5086B9" w14:textId="77777777" w:rsidR="00666AA1" w:rsidRDefault="00666AA1">
                            <w:pPr>
                              <w:pStyle w:val="Pidipagina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22"/>
                              </w:rP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rPr>
                                <w:sz w:val="22"/>
                              </w:rPr>
                              <w:fldChar w:fldCharType="separate"/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</w:p>
        </w:sdtContent>
      </w:sdt>
    </w:sdtContent>
  </w:sdt>
  <w:p w14:paraId="1E81FDA0" w14:textId="77777777" w:rsidR="00666AA1" w:rsidRDefault="00666AA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C05B3" w14:textId="77777777" w:rsidR="00A608B4" w:rsidRDefault="00A608B4" w:rsidP="00666AA1">
      <w:pPr>
        <w:spacing w:after="0" w:line="240" w:lineRule="auto"/>
      </w:pPr>
      <w:r>
        <w:separator/>
      </w:r>
    </w:p>
  </w:footnote>
  <w:footnote w:type="continuationSeparator" w:id="0">
    <w:p w14:paraId="4820601D" w14:textId="77777777" w:rsidR="00A608B4" w:rsidRDefault="00A608B4" w:rsidP="00666A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B1112D0"/>
    <w:multiLevelType w:val="hybridMultilevel"/>
    <w:tmpl w:val="6F2C5F3E"/>
    <w:lvl w:ilvl="0" w:tplc="21A66378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FB60A7"/>
    <w:multiLevelType w:val="hybridMultilevel"/>
    <w:tmpl w:val="70D071A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CE6CB32E">
      <w:numFmt w:val="bullet"/>
      <w:lvlText w:val="-"/>
      <w:lvlJc w:val="left"/>
      <w:pPr>
        <w:ind w:left="1428" w:hanging="708"/>
      </w:pPr>
      <w:rPr>
        <w:rFonts w:ascii="Times New Roman" w:eastAsiaTheme="minorEastAsia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10A004E"/>
    <w:multiLevelType w:val="hybridMultilevel"/>
    <w:tmpl w:val="B8CE284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E23139"/>
    <w:multiLevelType w:val="hybridMultilevel"/>
    <w:tmpl w:val="0CDA8B9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5920071">
    <w:abstractNumId w:val="8"/>
  </w:num>
  <w:num w:numId="2" w16cid:durableId="1416198726">
    <w:abstractNumId w:val="6"/>
  </w:num>
  <w:num w:numId="3" w16cid:durableId="2089643951">
    <w:abstractNumId w:val="5"/>
  </w:num>
  <w:num w:numId="4" w16cid:durableId="337972772">
    <w:abstractNumId w:val="4"/>
  </w:num>
  <w:num w:numId="5" w16cid:durableId="2041197845">
    <w:abstractNumId w:val="7"/>
  </w:num>
  <w:num w:numId="6" w16cid:durableId="257101007">
    <w:abstractNumId w:val="3"/>
  </w:num>
  <w:num w:numId="7" w16cid:durableId="1759250540">
    <w:abstractNumId w:val="2"/>
  </w:num>
  <w:num w:numId="8" w16cid:durableId="1024670363">
    <w:abstractNumId w:val="1"/>
  </w:num>
  <w:num w:numId="9" w16cid:durableId="469059323">
    <w:abstractNumId w:val="0"/>
  </w:num>
  <w:num w:numId="10" w16cid:durableId="1567036501">
    <w:abstractNumId w:val="10"/>
  </w:num>
  <w:num w:numId="11" w16cid:durableId="711853430">
    <w:abstractNumId w:val="11"/>
  </w:num>
  <w:num w:numId="12" w16cid:durableId="1624506850">
    <w:abstractNumId w:val="9"/>
  </w:num>
  <w:num w:numId="13" w16cid:durableId="13379958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814"/>
    <w:rsid w:val="00034616"/>
    <w:rsid w:val="0006063C"/>
    <w:rsid w:val="000A7B69"/>
    <w:rsid w:val="000B161B"/>
    <w:rsid w:val="000C584D"/>
    <w:rsid w:val="0015074B"/>
    <w:rsid w:val="001B4733"/>
    <w:rsid w:val="001F5BBC"/>
    <w:rsid w:val="0029639D"/>
    <w:rsid w:val="00326F90"/>
    <w:rsid w:val="00476401"/>
    <w:rsid w:val="005071FD"/>
    <w:rsid w:val="00556B12"/>
    <w:rsid w:val="00604D3B"/>
    <w:rsid w:val="00633FBD"/>
    <w:rsid w:val="00666AA1"/>
    <w:rsid w:val="00703A3F"/>
    <w:rsid w:val="007B2113"/>
    <w:rsid w:val="007C41EE"/>
    <w:rsid w:val="007E3FD1"/>
    <w:rsid w:val="00A608B4"/>
    <w:rsid w:val="00A66982"/>
    <w:rsid w:val="00AA1D8D"/>
    <w:rsid w:val="00B47730"/>
    <w:rsid w:val="00BA5C6F"/>
    <w:rsid w:val="00BD5DF9"/>
    <w:rsid w:val="00CB0664"/>
    <w:rsid w:val="00D057B8"/>
    <w:rsid w:val="00F2374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24F2F51"/>
  <w14:defaultImageDpi w14:val="300"/>
  <w15:docId w15:val="{C8AA8DCA-3AD6-4B21-9B69-8B31C2DD6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Times New Roman" w:hAnsi="Times New Roman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1363</Words>
  <Characters>7774</Characters>
  <Application>Microsoft Office Word</Application>
  <DocSecurity>0</DocSecurity>
  <Lines>64</Lines>
  <Paragraphs>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9119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CIMMINO CARNEVALE DE FILIPPIS STUDIO LEGALE ASSOCIATO</cp:lastModifiedBy>
  <cp:revision>2</cp:revision>
  <dcterms:created xsi:type="dcterms:W3CDTF">2025-07-08T16:17:00Z</dcterms:created>
  <dcterms:modified xsi:type="dcterms:W3CDTF">2025-07-08T16:17:00Z</dcterms:modified>
  <cp:category/>
</cp:coreProperties>
</file>